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Declarație pe propria răspundere</w:t>
      </w:r>
    </w:p>
    <w:p>
      <w:pPr>
        <w:jc w:val="center"/>
      </w:pPr>
      <w:r>
        <w:rPr>
          <w:b/>
        </w:rPr>
        <w:t>Model pentru persoană fizică</w:t>
      </w:r>
    </w:p>
    <w:p>
      <w:r>
        <w:rPr>
          <w:b/>
        </w:rPr>
        <w:t xml:space="preserve">Către </w:t>
      </w:r>
      <w:r>
        <w:t>____________________________________________________________</w:t>
      </w:r>
    </w:p>
    <w:p>
      <w:pPr>
        <w:spacing w:after="100"/>
      </w:pPr>
      <w:r>
        <w:rPr>
          <w:b/>
        </w:rPr>
        <w:t>Subsemnatul Subsemnata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CNP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Domiciliul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Act de identitate</w:t>
      </w:r>
      <w:r>
        <w:t xml:space="preserve"> seria ______ nr. ______________, eliberat de __________________ la data de __________</w:t>
      </w:r>
    </w:p>
    <w:p>
      <w:pPr>
        <w:spacing w:after="100"/>
      </w:pPr>
      <w:r>
        <w:rPr>
          <w:b/>
        </w:rPr>
        <w:t>Telefon și e-mail</w:t>
      </w:r>
      <w:r>
        <w:t xml:space="preserve"> ________________________________________________________</w:t>
      </w:r>
    </w:p>
    <w:p>
      <w:pPr>
        <w:spacing w:before="160"/>
      </w:pPr>
      <w:r>
        <w:rPr>
          <w:b/>
        </w:rPr>
        <w:t>cunoscând prevederile art. 326 din Codul penal privind falsul în declarații, declar pe propria răspundere următoarele: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 xml:space="preserve">Scopul declarației: </w:t>
      </w:r>
      <w:r>
        <w:t>____________________________________________________________</w:t>
      </w:r>
    </w:p>
    <w:p>
      <w:r>
        <w:rPr>
          <w:b/>
        </w:rPr>
        <w:t xml:space="preserve">Documente anexate, dacă este cazul: </w:t>
      </w:r>
      <w:r>
        <w:t>_______________________________________________</w:t>
      </w:r>
    </w:p>
    <w:p>
      <w:pPr>
        <w:spacing w:before="140"/>
      </w:pPr>
      <w:r>
        <w:rPr>
          <w:b/>
        </w:rPr>
        <w:t>Declar că informațiile de mai sus sunt complete și corespund realității.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68"/>
        <w:gridCol w:w="4968"/>
      </w:tblGrid>
      <w:tr>
        <w:tc>
          <w:tcPr>
            <w:tcW w:type="dxa" w:w="4968"/>
            <w:shd w:fill="173F5F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4968"/>
            <w:shd w:fill="173F5F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Semnătura</w:t>
            </w:r>
          </w:p>
        </w:tc>
      </w:tr>
      <w:tr>
        <w:tc>
          <w:tcPr>
            <w:tcW w:type="dxa" w:w="4968"/>
            <w:tcMar>
              <w:top w:w="220" w:type="dxa"/>
              <w:start w:w="140" w:type="dxa"/>
              <w:bottom w:w="220" w:type="dxa"/>
              <w:end w:w="140" w:type="dxa"/>
            </w:tcMar>
          </w:tcPr>
          <w:p>
            <w:pPr>
              <w:jc w:val="center"/>
            </w:pPr>
            <w:r>
              <w:t>____________________</w:t>
            </w:r>
          </w:p>
        </w:tc>
        <w:tc>
          <w:tcPr>
            <w:tcW w:type="dxa" w:w="4968"/>
            <w:tcMar>
              <w:top w:w="220" w:type="dxa"/>
              <w:start w:w="140" w:type="dxa"/>
              <w:bottom w:w="220" w:type="dxa"/>
              <w:end w:w="140" w:type="dxa"/>
            </w:tcMar>
          </w:tcPr>
          <w:p>
            <w:pPr>
              <w:jc w:val="center"/>
            </w:pPr>
            <w:r>
              <w:t>____________________________</w:t>
            </w:r>
          </w:p>
        </w:tc>
      </w:tr>
    </w:tbl>
    <w:p>
      <w:r>
        <w:br w:type="page"/>
      </w:r>
    </w:p>
    <w:p>
      <w:pPr>
        <w:pStyle w:val="Title"/>
        <w:jc w:val="center"/>
      </w:pPr>
      <w:r>
        <w:t>Declarație pe propria răspundere</w:t>
      </w:r>
    </w:p>
    <w:p>
      <w:pPr>
        <w:jc w:val="center"/>
      </w:pPr>
      <w:r>
        <w:rPr>
          <w:b/>
        </w:rPr>
        <w:t>Model pentru reprezentantul unei persoane juridice</w:t>
      </w:r>
    </w:p>
    <w:p>
      <w:r>
        <w:rPr>
          <w:b/>
        </w:rPr>
        <w:t xml:space="preserve">Către </w:t>
      </w:r>
      <w:r>
        <w:t>____________________________________________________________</w:t>
      </w:r>
    </w:p>
    <w:p>
      <w:pPr>
        <w:spacing w:after="100"/>
      </w:pPr>
      <w:r>
        <w:rPr>
          <w:b/>
        </w:rPr>
        <w:t>Subsemnatul Subsemnata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CNP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În calitate de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Reprezentant al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CUI și număr Registrul Comerțului</w:t>
      </w:r>
      <w:r>
        <w:t xml:space="preserve"> ________________________________________________________</w:t>
      </w:r>
    </w:p>
    <w:p>
      <w:pPr>
        <w:spacing w:after="100"/>
      </w:pPr>
      <w:r>
        <w:rPr>
          <w:b/>
        </w:rPr>
        <w:t>Sediul social</w:t>
      </w:r>
      <w:r>
        <w:t xml:space="preserve"> ________________________________________________________</w:t>
      </w:r>
    </w:p>
    <w:p>
      <w:pPr>
        <w:spacing w:before="160"/>
      </w:pPr>
      <w:r>
        <w:rPr>
          <w:b/>
        </w:rPr>
        <w:t>cunoscând prevederile art. 326 din Codul penal privind falsul în declarații, declar pe propria răspundere, în numele entității reprezentate, următoarele: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 xml:space="preserve">Scopul declarației: </w:t>
      </w:r>
      <w:r>
        <w:t>____________________________________________________________</w:t>
      </w:r>
    </w:p>
    <w:p>
      <w:r>
        <w:rPr>
          <w:b/>
        </w:rPr>
        <w:t xml:space="preserve">Documente anexate, dacă este cazul: </w:t>
      </w:r>
      <w:r>
        <w:t>_______________________________________________</w:t>
      </w:r>
    </w:p>
    <w:p>
      <w:pPr>
        <w:spacing w:before="140"/>
      </w:pPr>
      <w:r>
        <w:rPr>
          <w:b/>
        </w:rPr>
        <w:t>Declar că informațiile de mai sus sunt complete și corespund realității.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68"/>
        <w:gridCol w:w="4968"/>
      </w:tblGrid>
      <w:tr>
        <w:tc>
          <w:tcPr>
            <w:tcW w:type="dxa" w:w="4968"/>
            <w:shd w:fill="173F5F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4968"/>
            <w:shd w:fill="173F5F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Semnătura</w:t>
            </w:r>
          </w:p>
        </w:tc>
      </w:tr>
      <w:tr>
        <w:tc>
          <w:tcPr>
            <w:tcW w:type="dxa" w:w="4968"/>
            <w:tcMar>
              <w:top w:w="220" w:type="dxa"/>
              <w:start w:w="140" w:type="dxa"/>
              <w:bottom w:w="220" w:type="dxa"/>
              <w:end w:w="140" w:type="dxa"/>
            </w:tcMar>
          </w:tcPr>
          <w:p>
            <w:pPr>
              <w:jc w:val="center"/>
            </w:pPr>
            <w:r>
              <w:t>____________________</w:t>
            </w:r>
          </w:p>
        </w:tc>
        <w:tc>
          <w:tcPr>
            <w:tcW w:type="dxa" w:w="4968"/>
            <w:tcMar>
              <w:top w:w="220" w:type="dxa"/>
              <w:start w:w="140" w:type="dxa"/>
              <w:bottom w:w="220" w:type="dxa"/>
              <w:end w:w="140" w:type="dxa"/>
            </w:tcMar>
          </w:tcPr>
          <w:p>
            <w:pPr>
              <w:jc w:val="center"/>
            </w:pPr>
            <w:r>
              <w:t>____________________________</w:t>
            </w:r>
          </w:p>
        </w:tc>
      </w:tr>
    </w:tbl>
    <w:p>
      <w:r>
        <w:br w:type="page"/>
      </w:r>
    </w:p>
    <w:p>
      <w:pPr>
        <w:pStyle w:val="Title"/>
        <w:jc w:val="center"/>
      </w:pPr>
      <w:r>
        <w:t>Instrucțiuni de completare</w:t>
      </w:r>
    </w:p>
    <w:p>
      <w:pPr>
        <w:spacing w:after="200"/>
      </w:pPr>
      <w:r>
        <w:t>Acest model general se folosește numai când destinatarul nu oferă un formular propriu. Declarația trebuie să descrie exact situația de fapt și scopul pentru care este solicitată.</w:t>
      </w:r>
    </w:p>
    <w:p>
      <w:pPr>
        <w:pStyle w:val="ListNumber"/>
        <w:spacing w:after="140"/>
      </w:pPr>
      <w:r>
        <w:rPr>
          <w:b/>
        </w:rPr>
        <w:t xml:space="preserve">Verifică formularul instituției. </w:t>
      </w:r>
      <w:r>
        <w:t>O autoritate, o școală, un angajator sau o bancă poate cere un model obligatoriu și documente justificative.</w:t>
      </w:r>
    </w:p>
    <w:p>
      <w:pPr>
        <w:pStyle w:val="ListNumber"/>
        <w:spacing w:after="140"/>
      </w:pPr>
      <w:r>
        <w:rPr>
          <w:b/>
        </w:rPr>
        <w:t xml:space="preserve">Completează numai datele necesare. </w:t>
      </w:r>
      <w:r>
        <w:t>Nu include informații personale care nu sunt cerute și nu transmite copii ale actelor fără un motiv clar.</w:t>
      </w:r>
    </w:p>
    <w:p>
      <w:pPr>
        <w:pStyle w:val="ListNumber"/>
        <w:spacing w:after="140"/>
      </w:pPr>
      <w:r>
        <w:rPr>
          <w:b/>
        </w:rPr>
        <w:t xml:space="preserve">Descrie situația concret. </w:t>
      </w:r>
      <w:r>
        <w:t>Scrie la persoana întâi, cu date, perioade și împrejurări verificabile. Evită formulele generale care pot crea ambiguități.</w:t>
      </w:r>
    </w:p>
    <w:p>
      <w:pPr>
        <w:pStyle w:val="ListNumber"/>
        <w:spacing w:after="140"/>
      </w:pPr>
      <w:r>
        <w:rPr>
          <w:b/>
        </w:rPr>
        <w:t xml:space="preserve">Indică scopul și destinatarul. </w:t>
      </w:r>
      <w:r>
        <w:t>Precizează pentru ce procedură se dă declarația și instituția sau persoana căreia îi este adresată.</w:t>
      </w:r>
    </w:p>
    <w:p>
      <w:pPr>
        <w:pStyle w:val="ListNumber"/>
        <w:spacing w:after="140"/>
      </w:pPr>
      <w:r>
        <w:rPr>
          <w:b/>
        </w:rPr>
        <w:t xml:space="preserve">Anexează dovezile cerute. </w:t>
      </w:r>
      <w:r>
        <w:t>Enumeră documentele anexate și păstrează o copie a declarației și dovada depunerii.</w:t>
      </w:r>
    </w:p>
    <w:p>
      <w:pPr>
        <w:pStyle w:val="ListNumber"/>
        <w:spacing w:after="140"/>
      </w:pPr>
      <w:r>
        <w:rPr>
          <w:b/>
        </w:rPr>
        <w:t xml:space="preserve">Semnează forma finală. </w:t>
      </w:r>
      <w:r>
        <w:t>Verifică textul înainte de semnare. Pentru transmiterea electronică, urmează cerințele destinatarului privind semnătura.</w:t>
      </w:r>
    </w:p>
    <w:p>
      <w:pPr>
        <w:spacing w:before="200"/>
      </w:pPr>
      <w:r>
        <w:rPr>
          <w:b/>
        </w:rPr>
        <w:t>Atenție</w:t>
      </w:r>
    </w:p>
    <w:p>
      <w:r>
        <w:t>Declararea necorespunzătoare a adevărului, făcută pentru a produce o consecință juridică, poate atrage răspunderea prevăzută de lege. Nu semna o declarație incompletă sau care nu reflectă situația reală.</w:t>
      </w:r>
    </w:p>
    <w:p>
      <w:r>
        <w:t>Modelul este orientativ și nu înlocuiește formularul impus de instituție sau consultanța juridică într-o situație complexă.</w:t>
      </w:r>
    </w:p>
    <w:p>
      <w:pPr>
        <w:spacing w:before="320"/>
        <w:jc w:val="center"/>
      </w:pPr>
      <w:r>
        <w:rPr>
          <w:b/>
          <w:color w:val="173F5F"/>
        </w:rPr>
        <w:t>Model oferit de Editabil.ro</w:t>
      </w:r>
    </w:p>
    <w:sectPr w:rsidR="00FC693F" w:rsidRPr="0006063C" w:rsidSect="00034616">
      <w:pgSz w:w="12240" w:h="15840"/>
      <w:pgMar w:top="979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declarație pe propria răspundere</dc:title>
  <dc:subject>Modele pentru persoană fizică și reprezentant al unei persoane juridice</dc:subject>
  <dc:creator>Editabil.ro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