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Cerere pentru plata pensiei in cont bancar</w:t>
      </w:r>
    </w:p>
    <w:p>
      <w:pPr>
        <w:jc w:val="right"/>
      </w:pPr>
      <w:r>
        <w:t>Catre Casa Teritoriala de Pensii __________________________</w:t>
      </w:r>
    </w:p>
    <w:p>
      <w:r>
        <w:rPr>
          <w:b w:val="0"/>
        </w:rPr>
        <w:t xml:space="preserve">Subsemnatul Subsemnata </w:t>
      </w:r>
      <w:r>
        <w:rPr>
          <w:b/>
        </w:rPr>
        <w:t>__________________________________________________________</w:t>
      </w:r>
      <w:r>
        <w:t>,</w:t>
      </w:r>
      <w:r>
        <w:br/>
        <w:t>CNP ____________________________________, domiciliat(a) in localitatea ______________________________,</w:t>
      </w:r>
      <w:r>
        <w:br/>
        <w:t>str. __________________________________ nr. ____ bl. ____ sc. ____ et. ____ ap. ____ judet/sector ____________,</w:t>
      </w:r>
      <w:r>
        <w:br/>
        <w:t>telefon ______________________________, beneficiar(a) al/a pensiei conform deciziei nr. __________________,</w:t>
      </w:r>
    </w:p>
    <w:p>
      <w:r>
        <w:t>va solicit virarea integrala a drepturilor de pensie si, dupa caz, a celorlalte drepturi banesti in contul bancar indicat mai jos.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1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0F6"/>
          </w:tcPr>
          <w:p>
            <w:r>
              <w:rPr>
                <w:b/>
              </w:rPr>
              <w:t>Banca</w:t>
            </w:r>
          </w:p>
        </w:tc>
        <w:tc>
          <w:tcPr>
            <w:tcW w:type="dxa" w:w="51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_______________________________________________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0F6"/>
          </w:tcPr>
          <w:p>
            <w:r>
              <w:rPr>
                <w:b/>
              </w:rPr>
              <w:t>Titularul contului</w:t>
            </w:r>
          </w:p>
        </w:tc>
        <w:tc>
          <w:tcPr>
            <w:tcW w:type="dxa" w:w="72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_______________________________________________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0F6"/>
          </w:tcPr>
          <w:p>
            <w:r>
              <w:rPr>
                <w:b/>
              </w:rPr>
              <w:t>Cod IBAN</w:t>
            </w:r>
          </w:p>
        </w:tc>
        <w:tc>
          <w:tcPr>
            <w:tcW w:type="dxa" w:w="72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_______________________________________________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0F6"/>
          </w:tcPr>
          <w:p>
            <w:r>
              <w:rPr>
                <w:b/>
              </w:rPr>
              <w:t>Sucursala agentia</w:t>
            </w:r>
          </w:p>
        </w:tc>
        <w:tc>
          <w:tcPr>
            <w:tcW w:type="dxa" w:w="72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_______________________________________________</w:t>
            </w:r>
          </w:p>
        </w:tc>
      </w:tr>
    </w:tbl>
    <w:p/>
    <w:p>
      <w:r>
        <w:rPr>
          <w:b/>
        </w:rPr>
        <w:t>Anexez cererii:</w:t>
      </w:r>
    </w:p>
    <w:p>
      <w:pPr>
        <w:ind w:left="360"/>
      </w:pPr>
      <w:r>
        <w:t>[ ] copie a extrasului de cont sau document bancar care confirma titularul si codul IBAN;</w:t>
      </w:r>
    </w:p>
    <w:p>
      <w:pPr>
        <w:ind w:left="360"/>
      </w:pPr>
      <w:r>
        <w:t>[ ] alte documente solicitate de banca ori de casa teritoriala de pensii, daca este cazul.</w:t>
      </w:r>
    </w:p>
    <w:p>
      <w:r>
        <w:t>Declar ca datele inscrise sunt corecte si ma oblig sa comunic in scris casei teritoriale de pensii orice schimbare sau inchidere a contului bancar.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4752"/>
      </w:tblGrid>
      <w:tr>
        <w:tc>
          <w:tcPr>
            <w:tcW w:type="dxa" w:w="5112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shd w:fill="123B5D"/>
          </w:tcPr>
          <w:p>
            <w:pPr>
              <w:jc w:val="center"/>
            </w:pPr>
            <w:r>
              <w:rPr>
                <w:b/>
                <w:color w:val="FFFFFF"/>
              </w:rPr>
              <w:t>Data</w:t>
            </w:r>
          </w:p>
        </w:tc>
        <w:tc>
          <w:tcPr>
            <w:tcW w:type="dxa" w:w="5112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shd w:fill="123B5D"/>
          </w:tcPr>
          <w:p>
            <w:pPr>
              <w:jc w:val="center"/>
            </w:pPr>
            <w:r>
              <w:rPr>
                <w:b/>
                <w:color w:val="FFFFFF"/>
              </w:rPr>
              <w:t>Semnatura titularului</w:t>
            </w:r>
          </w:p>
        </w:tc>
      </w:tr>
      <w:tr>
        <w:tc>
          <w:tcPr>
            <w:tcW w:type="dxa" w:w="5112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t>________________________</w:t>
            </w:r>
          </w:p>
        </w:tc>
        <w:tc>
          <w:tcPr>
            <w:tcW w:type="dxa" w:w="5112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t>________________________</w:t>
            </w:r>
          </w:p>
        </w:tc>
      </w:tr>
    </w:tbl>
    <w:p>
      <w:pPr>
        <w:spacing w:before="140"/>
      </w:pPr>
      <w:r>
        <w:rPr>
          <w:b/>
        </w:rPr>
        <w:t xml:space="preserve">Nota: </w:t>
      </w:r>
      <w:r>
        <w:t>Acesta este un model orientativ. Unele banci sau case teritoriale de pensii folosesc un formular propriu. Verifica instructiunile institutiei inainte de depunere. Conform informatiilor CNPP, cererea se transmite impreuna cu o copie a extrasului de cont.</w:t>
      </w:r>
    </w:p>
    <w:p>
      <w:pPr>
        <w:jc w:val="center"/>
      </w:pPr>
      <w:r>
        <w:rPr>
          <w:b/>
          <w:color w:val="123B5D"/>
        </w:rPr>
        <w:t>Model oferit de Editabil.ro</w:t>
      </w:r>
    </w:p>
    <w:sectPr w:rsidR="00FC693F" w:rsidRPr="0006063C" w:rsidSect="00034616">
      <w:pgSz w:w="12240" w:h="15840"/>
      <w:pgMar w:top="835" w:right="1008" w:bottom="835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pentru plata pensiei in cont bancar</dc:title>
  <dc:subject>Model orientativ pentru virarea pensiei in cont bancar</dc:subject>
  <dc:creator>Editabil.ro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