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200"/>
        <w:jc w:val="center"/>
      </w:pPr>
      <w:r>
        <w:rPr>
          <w:rFonts w:ascii="Calibri" w:hAnsi="Calibri"/>
          <w:b/>
          <w:i w:val="0"/>
          <w:color w:val="2E74B5"/>
          <w:sz w:val="20"/>
        </w:rPr>
        <w:t>GHID PRACTIC</w:t>
      </w:r>
    </w:p>
    <w:p>
      <w:pPr>
        <w:spacing w:after="160"/>
        <w:jc w:val="center"/>
      </w:pPr>
      <w:r>
        <w:rPr>
          <w:rFonts w:ascii="Calibri" w:hAnsi="Calibri"/>
          <w:b/>
          <w:i w:val="0"/>
          <w:color w:val="1F4D78"/>
          <w:sz w:val="52"/>
        </w:rPr>
        <w:t>5 modele de scrisoare de recomandare pentru angajat</w:t>
      </w:r>
    </w:p>
    <w:p>
      <w:pPr>
        <w:spacing w:after="520"/>
        <w:jc w:val="center"/>
      </w:pPr>
      <w:r>
        <w:rPr>
          <w:rFonts w:ascii="Calibri" w:hAnsi="Calibri"/>
          <w:b w:val="0"/>
          <w:i w:val="0"/>
          <w:color w:val="5A626C"/>
          <w:sz w:val="26"/>
        </w:rPr>
        <w:t>Texte editabile pentru angajare, schimbarea locului de muncă și recomandări profesionale</w:t>
      </w:r>
    </w:p>
    <w:p>
      <w:pPr>
        <w:jc w:val="center"/>
        <w:shd w:fill="E8EEF5"/>
      </w:pPr>
      <w:r>
        <w:rPr>
          <w:rFonts w:ascii="Calibri" w:hAnsi="Calibri"/>
          <w:b/>
          <w:i w:val="0"/>
          <w:color w:val="1F4D78"/>
          <w:sz w:val="22"/>
        </w:rPr>
        <w:t>Format Word + PDF  |  Actualizat 2026</w:t>
      </w:r>
    </w:p>
    <w:p>
      <w:pPr>
        <w:spacing w:before="2300"/>
        <w:jc w:val="center"/>
      </w:pPr>
      <w:r>
        <w:rPr>
          <w:rFonts w:ascii="Calibri" w:hAnsi="Calibri"/>
          <w:b/>
          <w:i w:val="0"/>
          <w:color w:val="2E74B5"/>
          <w:sz w:val="24"/>
        </w:rPr>
        <w:t>editabil.ro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b/>
          <w:i w:val="0"/>
          <w:color w:val="2E74B5"/>
          <w:sz w:val="32"/>
        </w:rPr>
        <w:t>Cum folosești modelele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Alege varianta care se potrivește relației profesionale și adaptează fiecare informație dintre parantezele drepte. O recomandare convingătoare trebuie să descrie fapte reale, responsabilități și rezultate care pot fi susținute de persoana semnatară.</w:t>
      </w:r>
    </w:p>
    <w:p>
      <w:pPr>
        <w:pStyle w:val="ListBullet"/>
        <w:spacing w:after="80"/>
        <w:ind w:left="547" w:hanging="274"/>
      </w:pPr>
      <w:r>
        <w:rPr>
          <w:rFonts w:ascii="Calibri" w:hAnsi="Calibri"/>
          <w:b w:val="0"/>
          <w:i w:val="0"/>
          <w:sz w:val="22"/>
        </w:rPr>
        <w:t>Înlocuiește toate câmpurile [dintre paranteze] înainte de trimitere.</w:t>
      </w:r>
    </w:p>
    <w:p>
      <w:pPr>
        <w:pStyle w:val="ListBullet"/>
        <w:spacing w:after="80"/>
        <w:ind w:left="547" w:hanging="274"/>
      </w:pPr>
      <w:r>
        <w:rPr>
          <w:rFonts w:ascii="Calibri" w:hAnsi="Calibri"/>
          <w:b w:val="0"/>
          <w:i w:val="0"/>
          <w:sz w:val="22"/>
        </w:rPr>
        <w:t>Păstrează scrisoarea la o pagină atunci când este posibil.</w:t>
      </w:r>
    </w:p>
    <w:p>
      <w:pPr>
        <w:pStyle w:val="ListBullet"/>
        <w:spacing w:after="80"/>
        <w:ind w:left="547" w:hanging="274"/>
      </w:pPr>
      <w:r>
        <w:rPr>
          <w:rFonts w:ascii="Calibri" w:hAnsi="Calibri"/>
          <w:b w:val="0"/>
          <w:i w:val="0"/>
          <w:sz w:val="22"/>
        </w:rPr>
        <w:t>Folosește două sau trei exemple concrete, nu doar adjective generale.</w:t>
      </w:r>
    </w:p>
    <w:p>
      <w:pPr>
        <w:pStyle w:val="ListBullet"/>
        <w:spacing w:after="80"/>
        <w:ind w:left="547" w:hanging="274"/>
      </w:pPr>
      <w:r>
        <w:rPr>
          <w:rFonts w:ascii="Calibri" w:hAnsi="Calibri"/>
          <w:b w:val="0"/>
          <w:i w:val="0"/>
          <w:sz w:val="22"/>
        </w:rPr>
        <w:t>Include datele de contact ale persoanei care oferă recomandarea.</w:t>
      </w:r>
    </w:p>
    <w:p>
      <w:pPr>
        <w:pStyle w:val="ListBullet"/>
        <w:spacing w:after="80"/>
        <w:ind w:left="547" w:hanging="274"/>
      </w:pPr>
      <w:r>
        <w:rPr>
          <w:rFonts w:ascii="Calibri" w:hAnsi="Calibri"/>
          <w:b w:val="0"/>
          <w:i w:val="0"/>
          <w:sz w:val="22"/>
        </w:rPr>
        <w:t>Exportă varianta finală în PDF înainte de a o atașa unei candidaturi.</w:t>
      </w:r>
    </w:p>
    <w:p>
      <w:pPr>
        <w:pStyle w:val="Heading2"/>
      </w:pPr>
      <w:r>
        <w:rPr>
          <w:rFonts w:ascii="Calibri" w:hAnsi="Calibri"/>
          <w:b/>
          <w:i w:val="0"/>
          <w:color w:val="2E74B5"/>
          <w:sz w:val="26"/>
        </w:rPr>
        <w:t>Elemente esențiale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Contextul colaborării, funcția și perioada, responsabilitățile principale, două sau trei competențe demonstrate, rezultate concrete, recomandarea explicită și datele de contact ale semnatarului.</w:t>
      </w:r>
    </w:p>
    <w:p>
      <w:r>
        <w:br w:type="page"/>
      </w:r>
    </w:p>
    <w:p>
      <w:pPr>
        <w:pStyle w:val="Heading1"/>
        <w:keepNext/>
        <w:ind w:left="0" w:right="0" w:firstLine="0"/>
        <w:jc w:val="left"/>
      </w:pPr>
      <w:r>
        <w:rPr>
          <w:rFonts w:ascii="Calibri" w:hAnsi="Calibri"/>
          <w:b/>
          <w:i w:val="0"/>
          <w:color w:val="2E74B5"/>
          <w:sz w:val="32"/>
        </w:rPr>
        <w:t>Modelul 1: Recomandare generală pentru un angajat</w:t>
      </w:r>
    </w:p>
    <w:p>
      <w:pPr>
        <w:spacing w:after="240"/>
        <w:jc w:val="left"/>
        <w:shd w:fill="E8EEF5"/>
      </w:pPr>
      <w:r>
        <w:rPr>
          <w:rFonts w:ascii="Calibri" w:hAnsi="Calibri"/>
          <w:b/>
          <w:i w:val="0"/>
          <w:color w:val="1F4D78"/>
          <w:sz w:val="22"/>
        </w:rPr>
        <w:t xml:space="preserve">Potrivit pentru: </w:t>
      </w:r>
      <w:r>
        <w:rPr>
          <w:rFonts w:ascii="Calibri" w:hAnsi="Calibri"/>
          <w:b w:val="0"/>
          <w:i w:val="0"/>
          <w:color w:val="5A626C"/>
          <w:sz w:val="22"/>
        </w:rPr>
        <w:t>majoritatea candidaturilor și situațiilor profesionale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Către: </w:t>
      </w:r>
      <w:r>
        <w:rPr>
          <w:rFonts w:ascii="Calibri" w:hAnsi="Calibri"/>
          <w:b w:val="0"/>
          <w:i w:val="0"/>
          <w:sz w:val="22"/>
        </w:rPr>
        <w:t>[Denumirea companiei / În atenția persoanei interesate]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Stimată Doamnă / Stimate Domn,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Prin prezenta doresc să îl/o recomand pe domnul/doamna [Nume complet], care a ocupat funcția de [Funcția] în cadrul [Compania], în perioada [Perioada]. În acest interval am colaborat direct în calitate de [Relația profesională].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Pe parcursul activității, [Nume] s-a remarcat prin seriozitate, responsabilitate și capacitatea de a duce la bun sfârșit sarcinile asumate. Printre responsabilitățile sale principale s-au numărat [Responsabilitatea 1], [Responsabilitatea 2] și [Responsabilitatea 3].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Un exemplu relevant este [Proiect / situație concretă], în cadrul căruia/căreia a reușit să [Rezultat măsurabil sau contribuție concretă]. De asemenea, a colaborat eficient cu echipa și a comunicat clar cu [Clienți / colegi / parteneri].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Îl/o recomand cu încredere pentru un rol de [Tipul rolului], fiind convins(ă) că experiența și atitudinea sa profesională vor reprezenta un avantaj pentru viitorul angajator.</w:t>
      </w:r>
    </w:p>
    <w:p/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Cu stimă: </w:t>
      </w:r>
      <w:r>
        <w:rPr>
          <w:rFonts w:ascii="Calibri" w:hAnsi="Calibri"/>
          <w:b w:val="0"/>
          <w:i w:val="0"/>
          <w:sz w:val="22"/>
        </w:rPr>
        <w:t>[Numele persoanei care recomandă]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Funcția: </w:t>
      </w:r>
      <w:r>
        <w:rPr>
          <w:rFonts w:ascii="Calibri" w:hAnsi="Calibri"/>
          <w:b w:val="0"/>
          <w:i w:val="0"/>
          <w:sz w:val="22"/>
        </w:rPr>
        <w:t>[Funcția]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Compania: </w:t>
      </w:r>
      <w:r>
        <w:rPr>
          <w:rFonts w:ascii="Calibri" w:hAnsi="Calibri"/>
          <w:b w:val="0"/>
          <w:i w:val="0"/>
          <w:sz w:val="22"/>
        </w:rPr>
        <w:t>[Denumirea companiei]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Telefon / e-mail: </w:t>
      </w:r>
      <w:r>
        <w:rPr>
          <w:rFonts w:ascii="Calibri" w:hAnsi="Calibri"/>
          <w:b w:val="0"/>
          <w:i w:val="0"/>
          <w:sz w:val="22"/>
        </w:rPr>
        <w:t>[Date de contact]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Data și semnătura: </w:t>
      </w:r>
      <w:r>
        <w:rPr>
          <w:rFonts w:ascii="Calibri" w:hAnsi="Calibri"/>
          <w:b w:val="0"/>
          <w:i w:val="0"/>
          <w:sz w:val="22"/>
        </w:rPr>
        <w:t>[Data] / [Semnătura]</w:t>
      </w:r>
    </w:p>
    <w:p>
      <w:r>
        <w:br w:type="page"/>
      </w:r>
    </w:p>
    <w:p>
      <w:pPr>
        <w:pStyle w:val="Heading1"/>
        <w:keepNext/>
        <w:ind w:left="0" w:right="0" w:firstLine="0"/>
        <w:jc w:val="left"/>
      </w:pPr>
      <w:r>
        <w:rPr>
          <w:rFonts w:ascii="Calibri" w:hAnsi="Calibri"/>
          <w:b/>
          <w:i w:val="0"/>
          <w:color w:val="2E74B5"/>
          <w:sz w:val="32"/>
        </w:rPr>
        <w:t>Modelul 2: Recomandare pentru un fost angajat</w:t>
      </w:r>
    </w:p>
    <w:p>
      <w:pPr>
        <w:spacing w:after="240"/>
        <w:jc w:val="left"/>
        <w:shd w:fill="E8EEF5"/>
      </w:pPr>
      <w:r>
        <w:rPr>
          <w:rFonts w:ascii="Calibri" w:hAnsi="Calibri"/>
          <w:b/>
          <w:i w:val="0"/>
          <w:color w:val="1F4D78"/>
          <w:sz w:val="22"/>
        </w:rPr>
        <w:t xml:space="preserve">Potrivit pentru: </w:t>
      </w:r>
      <w:r>
        <w:rPr>
          <w:rFonts w:ascii="Calibri" w:hAnsi="Calibri"/>
          <w:b w:val="0"/>
          <w:i w:val="0"/>
          <w:color w:val="5A626C"/>
          <w:sz w:val="22"/>
        </w:rPr>
        <w:t>schimbarea locului de muncă după încheierea colaborării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Către: </w:t>
      </w:r>
      <w:r>
        <w:rPr>
          <w:rFonts w:ascii="Calibri" w:hAnsi="Calibri"/>
          <w:b w:val="0"/>
          <w:i w:val="0"/>
          <w:sz w:val="22"/>
        </w:rPr>
        <w:t>[Denumirea companiei / În atenția persoanei interesate]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Stimată Doamnă / Stimate Domn,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Am avut plăcerea de a lucra cu [Nume complet] la [Compania], unde a ocupat postul de [Funcția] între [Data începerii] și [Data încetării]. În calitate de [Funcția semnatarului], i-am urmărit direct activitatea și evoluția profesională.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[Nume] a gestionat cu succes [Responsabilități principale] și a contribuit la [Proiect / obiectiv]. S-a evidențiat prin [Competența 1], [Competența 2] și prin disponibilitatea de a sprijini echipa în perioadele cu volum ridicat de lucru.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În mod concret, contribuția sa la [Situație] a condus la [Rezultat: reducerea timpului, creșterea calității, atingerea unui obiectiv]. Relația profesională s-a încheiat în condiții bune, iar experiența acumulată îl/o recomandă pentru poziții similare sau cu responsabilitate mai mare.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Recomand candidatura lui/ei [Nume] fără rezerve și rămân disponibil(ă) pentru informații suplimentare.</w:t>
      </w:r>
    </w:p>
    <w:p/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Cu stimă: </w:t>
      </w:r>
      <w:r>
        <w:rPr>
          <w:rFonts w:ascii="Calibri" w:hAnsi="Calibri"/>
          <w:b w:val="0"/>
          <w:i w:val="0"/>
          <w:sz w:val="22"/>
        </w:rPr>
        <w:t>[Numele persoanei care recomandă]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Funcția: </w:t>
      </w:r>
      <w:r>
        <w:rPr>
          <w:rFonts w:ascii="Calibri" w:hAnsi="Calibri"/>
          <w:b w:val="0"/>
          <w:i w:val="0"/>
          <w:sz w:val="22"/>
        </w:rPr>
        <w:t>[Funcția]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Compania: </w:t>
      </w:r>
      <w:r>
        <w:rPr>
          <w:rFonts w:ascii="Calibri" w:hAnsi="Calibri"/>
          <w:b w:val="0"/>
          <w:i w:val="0"/>
          <w:sz w:val="22"/>
        </w:rPr>
        <w:t>[Denumirea companiei]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Telefon / e-mail: </w:t>
      </w:r>
      <w:r>
        <w:rPr>
          <w:rFonts w:ascii="Calibri" w:hAnsi="Calibri"/>
          <w:b w:val="0"/>
          <w:i w:val="0"/>
          <w:sz w:val="22"/>
        </w:rPr>
        <w:t>[Date de contact]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Data și semnătura: </w:t>
      </w:r>
      <w:r>
        <w:rPr>
          <w:rFonts w:ascii="Calibri" w:hAnsi="Calibri"/>
          <w:b w:val="0"/>
          <w:i w:val="0"/>
          <w:sz w:val="22"/>
        </w:rPr>
        <w:t>[Data] / [Semnătura]</w:t>
      </w:r>
    </w:p>
    <w:p>
      <w:r>
        <w:br w:type="page"/>
      </w:r>
    </w:p>
    <w:p>
      <w:pPr>
        <w:pStyle w:val="Heading1"/>
        <w:keepNext/>
        <w:ind w:left="0" w:right="0" w:firstLine="0"/>
        <w:jc w:val="left"/>
      </w:pPr>
      <w:r>
        <w:rPr>
          <w:rFonts w:ascii="Calibri" w:hAnsi="Calibri"/>
          <w:b/>
          <w:i w:val="0"/>
          <w:color w:val="2E74B5"/>
          <w:sz w:val="28"/>
        </w:rPr>
        <w:t>Modelul 3: Recomandare pentru un angajat fără experiență extinsă</w:t>
      </w:r>
    </w:p>
    <w:p>
      <w:pPr>
        <w:spacing w:after="240"/>
        <w:jc w:val="left"/>
        <w:shd w:fill="E8EEF5"/>
      </w:pPr>
      <w:r>
        <w:rPr>
          <w:rFonts w:ascii="Calibri" w:hAnsi="Calibri"/>
          <w:b/>
          <w:i w:val="0"/>
          <w:color w:val="1F4D78"/>
          <w:sz w:val="22"/>
        </w:rPr>
        <w:t xml:space="preserve">Potrivit pentru: </w:t>
      </w:r>
      <w:r>
        <w:rPr>
          <w:rFonts w:ascii="Calibri" w:hAnsi="Calibri"/>
          <w:b w:val="0"/>
          <w:i w:val="0"/>
          <w:color w:val="5A626C"/>
          <w:sz w:val="22"/>
        </w:rPr>
        <w:t>primul job, internship, practică sau rol junior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Către: </w:t>
      </w:r>
      <w:r>
        <w:rPr>
          <w:rFonts w:ascii="Calibri" w:hAnsi="Calibri"/>
          <w:b w:val="0"/>
          <w:i w:val="0"/>
          <w:sz w:val="22"/>
        </w:rPr>
        <w:t>[Denumirea companiei / În atenția persoanei interesate]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Stimată Doamnă / Stimate Domn,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Îl/o recomand pe [Nume complet], pe care l-am cunoscut în cadrul [Internshipului / programului de practică / proiectului] desfășurat la [Organizația], în perioada [Perioada]. Am coordonat activitatea sa în calitate de [Rolul semnatarului].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Deși se află la începutul carierei, [Nume] a demonstrat dorință reală de învățare, punctualitate și atenție la instrucțiuni. A înțeles rapid [Sarcina / instrumentul] și a finalizat cu succes [Exemplu de activitate].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A cerut feedback, a aplicat recomandările primite și a colaborat respectuos cu membrii echipei. Consider că potențialul său, disciplina și interesul pentru domeniul [Domeniul] îl/o recomandă pentru un post junior în care să își dezvolte competențele.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Îl/o recomand cu încredere și sunt convins(ă) că va aborda viitoarele responsabilități cu aceeași seriozitate.</w:t>
      </w:r>
    </w:p>
    <w:p/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Cu stimă: </w:t>
      </w:r>
      <w:r>
        <w:rPr>
          <w:rFonts w:ascii="Calibri" w:hAnsi="Calibri"/>
          <w:b w:val="0"/>
          <w:i w:val="0"/>
          <w:sz w:val="22"/>
        </w:rPr>
        <w:t>[Numele persoanei care recomandă]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Funcția: </w:t>
      </w:r>
      <w:r>
        <w:rPr>
          <w:rFonts w:ascii="Calibri" w:hAnsi="Calibri"/>
          <w:b w:val="0"/>
          <w:i w:val="0"/>
          <w:sz w:val="22"/>
        </w:rPr>
        <w:t>[Funcția]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Compania: </w:t>
      </w:r>
      <w:r>
        <w:rPr>
          <w:rFonts w:ascii="Calibri" w:hAnsi="Calibri"/>
          <w:b w:val="0"/>
          <w:i w:val="0"/>
          <w:sz w:val="22"/>
        </w:rPr>
        <w:t>[Denumirea companiei]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Telefon / e-mail: </w:t>
      </w:r>
      <w:r>
        <w:rPr>
          <w:rFonts w:ascii="Calibri" w:hAnsi="Calibri"/>
          <w:b w:val="0"/>
          <w:i w:val="0"/>
          <w:sz w:val="22"/>
        </w:rPr>
        <w:t>[Date de contact]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Data și semnătura: </w:t>
      </w:r>
      <w:r>
        <w:rPr>
          <w:rFonts w:ascii="Calibri" w:hAnsi="Calibri"/>
          <w:b w:val="0"/>
          <w:i w:val="0"/>
          <w:sz w:val="22"/>
        </w:rPr>
        <w:t>[Data] / [Semnătura]</w:t>
      </w:r>
    </w:p>
    <w:p>
      <w:r>
        <w:br w:type="page"/>
      </w:r>
    </w:p>
    <w:p>
      <w:pPr>
        <w:pStyle w:val="Heading1"/>
        <w:keepNext/>
        <w:ind w:left="0" w:right="0" w:firstLine="0"/>
        <w:jc w:val="left"/>
      </w:pPr>
      <w:r>
        <w:rPr>
          <w:rFonts w:ascii="Calibri" w:hAnsi="Calibri"/>
          <w:b/>
          <w:i w:val="0"/>
          <w:color w:val="2E74B5"/>
          <w:sz w:val="28"/>
        </w:rPr>
        <w:t>Modelul 4: Recomandare pentru un manager sau coordonator</w:t>
      </w:r>
    </w:p>
    <w:p>
      <w:pPr>
        <w:spacing w:after="240"/>
        <w:jc w:val="left"/>
        <w:shd w:fill="E8EEF5"/>
      </w:pPr>
      <w:r>
        <w:rPr>
          <w:rFonts w:ascii="Calibri" w:hAnsi="Calibri"/>
          <w:b/>
          <w:i w:val="0"/>
          <w:color w:val="1F4D78"/>
          <w:sz w:val="22"/>
        </w:rPr>
        <w:t xml:space="preserve">Potrivit pentru: </w:t>
      </w:r>
      <w:r>
        <w:rPr>
          <w:rFonts w:ascii="Calibri" w:hAnsi="Calibri"/>
          <w:b w:val="0"/>
          <w:i w:val="0"/>
          <w:color w:val="5A626C"/>
          <w:sz w:val="22"/>
        </w:rPr>
        <w:t>poziții de conducere, coordonare de echipe și proiecte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Către: </w:t>
      </w:r>
      <w:r>
        <w:rPr>
          <w:rFonts w:ascii="Calibri" w:hAnsi="Calibri"/>
          <w:b w:val="0"/>
          <w:i w:val="0"/>
          <w:sz w:val="22"/>
        </w:rPr>
        <w:t>[Denumirea companiei / În atenția persoanei interesate]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Stimată Doamnă / Stimate Domn,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Vă scriu pentru a îl/o recomanda pe [Nume complet], care a coordonat [Echipa / departamentul / proiectul] în cadrul [Compania], în perioada [Perioada]. Am colaborat direct în calitate de [Relația profesională].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În rolul de [Funcția], [Nume] a fost responsabil(ă) pentru [Responsabilități de conducere], coordonând o echipă de [Număr] persoane și gestionând [Buget / portofoliu / obiective]. Stilul său de lucru a combinat claritatea obiectivelor cu feedbackul constructiv și asumarea deciziilor.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Sub coordonarea sa, echipa a obținut [Rezultat măsurabil], iar [Procesul / proiectul] a fost îmbunătățit prin [Acțiunea concretă]. A demonstrat capacitate de prioritizare, comunicare cu părțile interesate și gestionare calmă a situațiilor dificile.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Îl/o recomand cu deplină încredere pentru un rol de management sau coordonare care necesită responsabilitate, orientare spre rezultate și dezvoltarea oamenilor.</w:t>
      </w:r>
    </w:p>
    <w:p/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Cu stimă: </w:t>
      </w:r>
      <w:r>
        <w:rPr>
          <w:rFonts w:ascii="Calibri" w:hAnsi="Calibri"/>
          <w:b w:val="0"/>
          <w:i w:val="0"/>
          <w:sz w:val="22"/>
        </w:rPr>
        <w:t>[Numele persoanei care recomandă]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Funcția: </w:t>
      </w:r>
      <w:r>
        <w:rPr>
          <w:rFonts w:ascii="Calibri" w:hAnsi="Calibri"/>
          <w:b w:val="0"/>
          <w:i w:val="0"/>
          <w:sz w:val="22"/>
        </w:rPr>
        <w:t>[Funcția]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Compania: </w:t>
      </w:r>
      <w:r>
        <w:rPr>
          <w:rFonts w:ascii="Calibri" w:hAnsi="Calibri"/>
          <w:b w:val="0"/>
          <w:i w:val="0"/>
          <w:sz w:val="22"/>
        </w:rPr>
        <w:t>[Denumirea companiei]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Telefon / e-mail: </w:t>
      </w:r>
      <w:r>
        <w:rPr>
          <w:rFonts w:ascii="Calibri" w:hAnsi="Calibri"/>
          <w:b w:val="0"/>
          <w:i w:val="0"/>
          <w:sz w:val="22"/>
        </w:rPr>
        <w:t>[Date de contact]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Data și semnătura: </w:t>
      </w:r>
      <w:r>
        <w:rPr>
          <w:rFonts w:ascii="Calibri" w:hAnsi="Calibri"/>
          <w:b w:val="0"/>
          <w:i w:val="0"/>
          <w:sz w:val="22"/>
        </w:rPr>
        <w:t>[Data] / [Semnătura]</w:t>
      </w:r>
    </w:p>
    <w:p>
      <w:r>
        <w:br w:type="page"/>
      </w:r>
    </w:p>
    <w:p>
      <w:pPr>
        <w:pStyle w:val="Heading1"/>
        <w:keepNext/>
        <w:ind w:left="0" w:right="0" w:firstLine="0"/>
        <w:jc w:val="left"/>
      </w:pPr>
      <w:r>
        <w:rPr>
          <w:rFonts w:ascii="Calibri" w:hAnsi="Calibri"/>
          <w:b/>
          <w:i w:val="0"/>
          <w:color w:val="2E74B5"/>
          <w:sz w:val="32"/>
        </w:rPr>
        <w:t>Modelul 5: Recomandare scurtă</w:t>
      </w:r>
    </w:p>
    <w:p>
      <w:pPr>
        <w:spacing w:after="240"/>
        <w:jc w:val="left"/>
        <w:shd w:fill="E8EEF5"/>
      </w:pPr>
      <w:r>
        <w:rPr>
          <w:rFonts w:ascii="Calibri" w:hAnsi="Calibri"/>
          <w:b/>
          <w:i w:val="0"/>
          <w:color w:val="1F4D78"/>
          <w:sz w:val="22"/>
        </w:rPr>
        <w:t xml:space="preserve">Potrivit pentru: </w:t>
      </w:r>
      <w:r>
        <w:rPr>
          <w:rFonts w:ascii="Calibri" w:hAnsi="Calibri"/>
          <w:b w:val="0"/>
          <w:i w:val="0"/>
          <w:color w:val="5A626C"/>
          <w:sz w:val="22"/>
        </w:rPr>
        <w:t>aplicații rapide, e-mail sau solicitări care cer un text concis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Către: </w:t>
      </w:r>
      <w:r>
        <w:rPr>
          <w:rFonts w:ascii="Calibri" w:hAnsi="Calibri"/>
          <w:b w:val="0"/>
          <w:i w:val="0"/>
          <w:sz w:val="22"/>
        </w:rPr>
        <w:t>[Denumirea companiei / În atenția persoanei interesate]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Stimată Doamnă / Stimate Domn,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Îl/o recomand cu încredere pe [Nume complet], care a lucrat la [Compania] în funcția de [Funcția], în perioada [Perioada]. În timpul colaborării, a demonstrat seriozitate, competență în [Domeniu / responsabilitate] și o bună capacitate de colaborare.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Contribuția sa la [Proiect / rezultat concret] a fost apreciată, iar responsabilitățile asumate au fost îndeplinite la standardele stabilite. Consider că [Nume] este potrivit(ă) pentru rolul de [Rolul vizat] și va aduce valoare viitoarei echipe.</w:t>
      </w:r>
    </w:p>
    <w:p>
      <w:pPr>
        <w:spacing w:after="140" w:line="276" w:lineRule="auto"/>
      </w:pPr>
      <w:r>
        <w:rPr>
          <w:rFonts w:ascii="Calibri" w:hAnsi="Calibri"/>
          <w:b w:val="0"/>
          <w:i w:val="0"/>
          <w:sz w:val="22"/>
        </w:rPr>
        <w:t>Pentru informații suplimentare, mă puteți contacta folosind datele de mai jos.</w:t>
      </w:r>
    </w:p>
    <w:p/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Cu stimă: </w:t>
      </w:r>
      <w:r>
        <w:rPr>
          <w:rFonts w:ascii="Calibri" w:hAnsi="Calibri"/>
          <w:b w:val="0"/>
          <w:i w:val="0"/>
          <w:sz w:val="22"/>
        </w:rPr>
        <w:t>[Numele persoanei care recomandă]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Funcția: </w:t>
      </w:r>
      <w:r>
        <w:rPr>
          <w:rFonts w:ascii="Calibri" w:hAnsi="Calibri"/>
          <w:b w:val="0"/>
          <w:i w:val="0"/>
          <w:sz w:val="22"/>
        </w:rPr>
        <w:t>[Funcția]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Compania: </w:t>
      </w:r>
      <w:r>
        <w:rPr>
          <w:rFonts w:ascii="Calibri" w:hAnsi="Calibri"/>
          <w:b w:val="0"/>
          <w:i w:val="0"/>
          <w:sz w:val="22"/>
        </w:rPr>
        <w:t>[Denumirea companiei]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Telefon / e-mail: </w:t>
      </w:r>
      <w:r>
        <w:rPr>
          <w:rFonts w:ascii="Calibri" w:hAnsi="Calibri"/>
          <w:b w:val="0"/>
          <w:i w:val="0"/>
          <w:sz w:val="22"/>
        </w:rPr>
        <w:t>[Date de contact]</w:t>
      </w:r>
    </w:p>
    <w:p>
      <w:pPr>
        <w:spacing w:after="60"/>
      </w:pPr>
      <w:r>
        <w:rPr>
          <w:rFonts w:ascii="Calibri" w:hAnsi="Calibri"/>
          <w:b/>
          <w:i w:val="0"/>
          <w:color w:val="1F4D78"/>
          <w:sz w:val="22"/>
        </w:rPr>
        <w:t xml:space="preserve">Data și semnătura: </w:t>
      </w:r>
      <w:r>
        <w:rPr>
          <w:rFonts w:ascii="Calibri" w:hAnsi="Calibri"/>
          <w:b w:val="0"/>
          <w:i w:val="0"/>
          <w:sz w:val="22"/>
        </w:rPr>
        <w:t>[Data] / [Semnătura]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23" w:right="1296" w:bottom="1123" w:left="1296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A626C"/>
        <w:sz w:val="16"/>
      </w:rPr>
      <w:t>Model orientativ. Personalizează conținutul după situația reală.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i w:val="0"/>
        <w:color w:val="5A626C"/>
        <w:sz w:val="17"/>
      </w:rPr>
      <w:t>EDITABIL.RO  |  MODELE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modele de scrisoare de recomandare pentru angajat - 2026</dc:title>
  <dc:subject>Modele editabile pentru Editabil.ro</dc:subject>
  <dc:creator>Editabil.ro</dc:creator>
  <cp:keywords>scrisoare recomandare angajat, model, Word, PDF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