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spacing w:before="0" w:after="100" w:line="259" w:lineRule="auto"/>
        <w:jc w:val="right"/>
      </w:pPr>
      <w:r>
        <w:rPr>
          <w:rFonts w:ascii="Arial" w:hAnsi="Arial"/>
          <w:b/>
          <w:color w:val="555555"/>
          <w:sz w:val="17"/>
        </w:rPr>
        <w:t>MODEL ORIENTATIV | EDITABIL.RO</w:t>
      </w:r>
    </w:p>
    <w:p>
      <w:pPr>
        <w:pStyle w:val="Title"/>
        <w:keepNext/>
        <w:spacing w:before="40" w:after="60" w:line="259" w:lineRule="auto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6"/>
        </w:rPr>
        <w:t>CERERE PENTRU MOTIVAREA ABSENȚELOR</w:t>
      </w:r>
    </w:p>
    <w:p>
      <w:pPr>
        <w:keepNext/>
        <w:spacing w:before="0" w:after="260" w:line="259" w:lineRule="auto"/>
        <w:jc w:val="center"/>
      </w:pPr>
      <w:r>
        <w:rPr>
          <w:rFonts w:ascii="Arial" w:hAnsi="Arial"/>
          <w:i/>
          <w:color w:val="555555"/>
          <w:sz w:val="21"/>
        </w:rPr>
        <w:t>Model pentru părinte sau reprezentant legal</w:t>
      </w:r>
    </w:p>
    <w:p>
      <w:pPr>
        <w:keepNext w:val="0"/>
        <w:spacing w:before="0" w:after="200" w:line="259" w:lineRule="auto"/>
        <w:jc w:val="right"/>
      </w:pPr>
      <w:r>
        <w:rPr>
          <w:rFonts w:ascii="Arial" w:hAnsi="Arial"/>
          <w:b/>
          <w:color w:val="000000"/>
          <w:sz w:val="18"/>
        </w:rPr>
        <w:t>AVIZAT PENTRU MOTIVARE</w:t>
        <w:br/>
      </w:r>
      <w:r>
        <w:rPr>
          <w:rFonts w:ascii="Arial" w:hAnsi="Arial"/>
          <w:b w:val="0"/>
          <w:color w:val="000000"/>
          <w:sz w:val="18"/>
        </w:rPr>
        <w:t>Director: __________________________</w:t>
        <w:br/>
      </w:r>
      <w:r>
        <w:rPr>
          <w:rFonts w:ascii="Arial" w:hAnsi="Arial"/>
          <w:b w:val="0"/>
          <w:color w:val="000000"/>
          <w:sz w:val="18"/>
        </w:rPr>
        <w:t>Data: ______________  Semnătura: 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Către: </w:t>
      </w:r>
      <w:r>
        <w:rPr>
          <w:rFonts w:ascii="Arial" w:hAnsi="Arial"/>
          <w:color w:val="000000"/>
          <w:sz w:val="22"/>
        </w:rPr>
        <w:t>Doamna/Domnul _______________________________________________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Unitatea de învățământ: </w:t>
      </w:r>
      <w:r>
        <w:rPr>
          <w:rFonts w:ascii="Arial" w:hAnsi="Arial"/>
          <w:color w:val="000000"/>
          <w:sz w:val="22"/>
        </w:rPr>
        <w:t>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Clasa: </w:t>
      </w:r>
      <w:r>
        <w:rPr>
          <w:rFonts w:ascii="Arial" w:hAnsi="Arial"/>
          <w:color w:val="000000"/>
          <w:sz w:val="22"/>
        </w:rPr>
        <w:t>____________</w:t>
      </w:r>
    </w:p>
    <w:p>
      <w:pPr>
        <w:keepNext w:val="0"/>
        <w:spacing w:before="100" w:after="160" w:line="283" w:lineRule="auto"/>
      </w:pPr>
      <w:r>
        <w:rPr>
          <w:rFonts w:ascii="Arial" w:hAnsi="Arial"/>
          <w:color w:val="000000"/>
          <w:sz w:val="22"/>
        </w:rPr>
        <w:t>Subsemnatul/Subsemnata ________________________________________________, în calitate de [ ] părinte  [ ] reprezentant legal al elevului/elevei ________________________________________________, vă rog să aprobați motivarea absențelor înregistrate în data de __________________ / în perioada __________________ - __________________.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Orele de curs vizate, dacă sunt solicitate: </w:t>
      </w:r>
      <w:r>
        <w:rPr>
          <w:rFonts w:ascii="Arial" w:hAnsi="Arial"/>
          <w:color w:val="000000"/>
          <w:sz w:val="22"/>
        </w:rPr>
        <w:t>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Motivul cererii, formulat succint: </w:t>
      </w:r>
      <w:r>
        <w:rPr>
          <w:rFonts w:ascii="Arial" w:hAnsi="Arial"/>
          <w:color w:val="000000"/>
          <w:sz w:val="22"/>
        </w:rPr>
        <w:t>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</w:r>
      <w:r>
        <w:rPr>
          <w:rFonts w:ascii="Arial" w:hAnsi="Arial"/>
          <w:color w:val="000000"/>
          <w:sz w:val="22"/>
        </w:rPr>
        <w:t>________________________________________________________________________</w:t>
      </w:r>
    </w:p>
    <w:p>
      <w:pPr>
        <w:keepNext w:val="0"/>
        <w:spacing w:before="80" w:after="240" w:line="271" w:lineRule="auto"/>
      </w:pPr>
      <w:r>
        <w:rPr>
          <w:rFonts w:ascii="Arial" w:hAnsi="Arial"/>
          <w:color w:val="000000"/>
          <w:sz w:val="21"/>
        </w:rPr>
        <w:t>Declar că informațiile de mai sus sunt reale și că voi respecta procedura și termenele stabilite de unitatea de învățământ.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9"/>
        <w:gridCol w:w="4939"/>
      </w:tblGrid>
      <w:tr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Data: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Telefon opțional: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Nume și prenume: </w:t>
            </w:r>
            <w:r>
              <w:rPr>
                <w:rFonts w:ascii="Arial" w:hAnsi="Arial"/>
                <w:color w:val="000000"/>
                <w:sz w:val="22"/>
              </w:rPr>
              <w:t>____________________________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Semnătura: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</w:tr>
    </w:tbl>
    <w:p>
      <w:pPr>
        <w:keepNext w:val="0"/>
        <w:spacing w:before="160" w:after="0" w:line="245" w:lineRule="auto"/>
      </w:pPr>
      <w:r>
        <w:rPr>
          <w:rFonts w:ascii="Arial" w:hAnsi="Arial"/>
          <w:b/>
          <w:i/>
          <w:color w:val="555555"/>
          <w:sz w:val="17"/>
        </w:rPr>
        <w:t xml:space="preserve">Notă: </w:t>
      </w:r>
      <w:r>
        <w:rPr>
          <w:rFonts w:ascii="Arial" w:hAnsi="Arial"/>
          <w:i/>
          <w:color w:val="555555"/>
          <w:sz w:val="17"/>
        </w:rPr>
        <w:t>Model orientativ bazat pe art. 94 din ROFUIP. Cererile scrise se folosesc în limita a 40 de ore de curs pe an școlar, fără a depăși 20% din orele unei discipline. Actele justificative se prezintă în maximum 7 zile calendaristice de la reluarea activității. Verificați regulamentul și circuitul intern al școlii.</w:t>
      </w:r>
    </w:p>
    <w:p>
      <w:pPr>
        <w:keepNext w:val="0"/>
        <w:pageBreakBefore/>
        <w:spacing w:before="0" w:after="100" w:line="259" w:lineRule="auto"/>
        <w:jc w:val="right"/>
      </w:pPr>
      <w:r>
        <w:rPr>
          <w:rFonts w:ascii="Arial" w:hAnsi="Arial"/>
          <w:b/>
          <w:color w:val="555555"/>
          <w:sz w:val="17"/>
        </w:rPr>
        <w:t>MODEL ORIENTATIV | EDITABIL.RO</w:t>
      </w:r>
    </w:p>
    <w:p>
      <w:pPr>
        <w:pStyle w:val="Title"/>
        <w:keepNext/>
        <w:spacing w:before="40" w:after="60" w:line="259" w:lineRule="auto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6"/>
        </w:rPr>
        <w:t>CERERE PENTRU MOTIVAREA ABSENȚELOR</w:t>
      </w:r>
    </w:p>
    <w:p>
      <w:pPr>
        <w:keepNext/>
        <w:spacing w:before="0" w:after="260" w:line="259" w:lineRule="auto"/>
        <w:jc w:val="center"/>
      </w:pPr>
      <w:r>
        <w:rPr>
          <w:rFonts w:ascii="Arial" w:hAnsi="Arial"/>
          <w:i/>
          <w:color w:val="555555"/>
          <w:sz w:val="21"/>
        </w:rPr>
        <w:t>Model pentru elev major</w:t>
      </w:r>
    </w:p>
    <w:p>
      <w:pPr>
        <w:keepNext w:val="0"/>
        <w:spacing w:before="0" w:after="200" w:line="259" w:lineRule="auto"/>
        <w:jc w:val="right"/>
      </w:pPr>
      <w:r>
        <w:rPr>
          <w:rFonts w:ascii="Arial" w:hAnsi="Arial"/>
          <w:b/>
          <w:color w:val="000000"/>
          <w:sz w:val="18"/>
        </w:rPr>
        <w:t>AVIZAT PENTRU MOTIVARE</w:t>
        <w:br/>
      </w:r>
      <w:r>
        <w:rPr>
          <w:rFonts w:ascii="Arial" w:hAnsi="Arial"/>
          <w:b w:val="0"/>
          <w:color w:val="000000"/>
          <w:sz w:val="18"/>
        </w:rPr>
        <w:t>Director: __________________________</w:t>
        <w:br/>
      </w:r>
      <w:r>
        <w:rPr>
          <w:rFonts w:ascii="Arial" w:hAnsi="Arial"/>
          <w:b w:val="0"/>
          <w:color w:val="000000"/>
          <w:sz w:val="18"/>
        </w:rPr>
        <w:t>Data: ______________  Semnătura: 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Către: </w:t>
      </w:r>
      <w:r>
        <w:rPr>
          <w:rFonts w:ascii="Arial" w:hAnsi="Arial"/>
          <w:color w:val="000000"/>
          <w:sz w:val="22"/>
        </w:rPr>
        <w:t>Doamna/Domnul _______________________________________________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Unitatea de învățământ: </w:t>
      </w:r>
      <w:r>
        <w:rPr>
          <w:rFonts w:ascii="Arial" w:hAnsi="Arial"/>
          <w:color w:val="000000"/>
          <w:sz w:val="22"/>
        </w:rPr>
        <w:t>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Clasa: </w:t>
      </w:r>
      <w:r>
        <w:rPr>
          <w:rFonts w:ascii="Arial" w:hAnsi="Arial"/>
          <w:color w:val="000000"/>
          <w:sz w:val="22"/>
        </w:rPr>
        <w:t>____________</w:t>
      </w:r>
    </w:p>
    <w:p>
      <w:pPr>
        <w:keepNext w:val="0"/>
        <w:spacing w:before="100" w:after="160" w:line="283" w:lineRule="auto"/>
      </w:pPr>
      <w:r>
        <w:rPr>
          <w:rFonts w:ascii="Arial" w:hAnsi="Arial"/>
          <w:color w:val="000000"/>
          <w:sz w:val="22"/>
        </w:rPr>
        <w:t>Subsemnatul/Subsemnata ________________________________________________, elev/elevă major/majoră în clasa ____________, vă rog să aprobați motivarea absențelor înregistrate în data de __________________ / în perioada __________________ - __________________.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Orele de curs vizate, dacă sunt solicitate: </w:t>
      </w:r>
      <w:r>
        <w:rPr>
          <w:rFonts w:ascii="Arial" w:hAnsi="Arial"/>
          <w:color w:val="000000"/>
          <w:sz w:val="22"/>
        </w:rPr>
        <w:t>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Motivul cererii, formulat succint: </w:t>
      </w:r>
      <w:r>
        <w:rPr>
          <w:rFonts w:ascii="Arial" w:hAnsi="Arial"/>
          <w:color w:val="000000"/>
          <w:sz w:val="22"/>
        </w:rPr>
        <w:t>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</w:r>
      <w:r>
        <w:rPr>
          <w:rFonts w:ascii="Arial" w:hAnsi="Arial"/>
          <w:color w:val="000000"/>
          <w:sz w:val="22"/>
        </w:rPr>
        <w:t>________________________________________________________________________</w:t>
      </w:r>
    </w:p>
    <w:p>
      <w:pPr>
        <w:keepNext w:val="0"/>
        <w:spacing w:before="80" w:after="240" w:line="271" w:lineRule="auto"/>
      </w:pPr>
      <w:r>
        <w:rPr>
          <w:rFonts w:ascii="Arial" w:hAnsi="Arial"/>
          <w:color w:val="000000"/>
          <w:sz w:val="21"/>
        </w:rPr>
        <w:t>Declar că informațiile de mai sus sunt reale și că voi respecta procedura și termenele stabilite de unitatea de învățământ.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9"/>
        <w:gridCol w:w="4939"/>
      </w:tblGrid>
      <w:tr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Data: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Telefon opțional: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Nume și prenume: </w:t>
            </w:r>
            <w:r>
              <w:rPr>
                <w:rFonts w:ascii="Arial" w:hAnsi="Arial"/>
                <w:color w:val="000000"/>
                <w:sz w:val="22"/>
              </w:rPr>
              <w:t>____________________________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Semnătura: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</w:tr>
    </w:tbl>
    <w:p>
      <w:pPr>
        <w:keepNext w:val="0"/>
        <w:spacing w:before="160" w:after="0" w:line="245" w:lineRule="auto"/>
      </w:pPr>
      <w:r>
        <w:rPr>
          <w:rFonts w:ascii="Arial" w:hAnsi="Arial"/>
          <w:b/>
          <w:i/>
          <w:color w:val="555555"/>
          <w:sz w:val="17"/>
        </w:rPr>
        <w:t xml:space="preserve">Notă: </w:t>
      </w:r>
      <w:r>
        <w:rPr>
          <w:rFonts w:ascii="Arial" w:hAnsi="Arial"/>
          <w:i/>
          <w:color w:val="555555"/>
          <w:sz w:val="17"/>
        </w:rPr>
        <w:t>Model orientativ bazat pe art. 94 din ROFUIP. Cererile scrise se folosesc în limita a 40 de ore de curs pe an școlar, fără a depăși 20% din orele unei discipline. Actele justificative se prezintă în maximum 7 zile calendaristice de la reluarea activității. Verificați regulamentul și circuitul intern al școlii.</w:t>
      </w:r>
    </w:p>
    <w:sectPr w:rsidR="00FC693F" w:rsidRPr="0006063C" w:rsidSect="00034616">
      <w:footerReference w:type="default" r:id="rId9"/>
      <w:pgSz w:w="12240" w:h="15840"/>
      <w:pgMar w:top="835" w:right="1181" w:bottom="792" w:left="1181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Arial" w:hAnsi="Arial"/>
        <w:color w:val="666666"/>
        <w:sz w:val="17"/>
      </w:rPr>
      <w:t xml:space="preserve">Pagina </w:t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pentru motivarea absențelor</dc:title>
  <dc:subject>Modele pentru părinte, reprezentant legal și elev major</dc:subject>
  <dc:creator>Editabil.ro</dc:creator>
  <cp:keywords>model, document, editabil, Word, PDF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