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spacing w:before="0" w:after="100" w:line="259" w:lineRule="auto"/>
        <w:jc w:val="right"/>
      </w:pPr>
      <w:r>
        <w:rPr>
          <w:rFonts w:ascii="Arial" w:hAnsi="Arial"/>
          <w:b/>
          <w:color w:val="555555"/>
          <w:sz w:val="17"/>
        </w:rPr>
        <w:t>MODEL ORIENTATIV | EDITABIL.RO</w:t>
      </w:r>
    </w:p>
    <w:p>
      <w:pPr>
        <w:pStyle w:val="Title"/>
        <w:keepNext/>
        <w:spacing w:before="40" w:after="60" w:line="259" w:lineRule="auto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/>
          <w:b/>
          <w:color w:val="000000"/>
          <w:sz w:val="36"/>
        </w:rPr>
        <w:t>ÎMPUTERNICIRE</w:t>
      </w:r>
    </w:p>
    <w:p>
      <w:pPr>
        <w:keepNext/>
        <w:spacing w:before="0" w:after="260" w:line="259" w:lineRule="auto"/>
        <w:jc w:val="center"/>
      </w:pPr>
      <w:r>
        <w:rPr>
          <w:rFonts w:ascii="Arial" w:hAnsi="Arial"/>
          <w:i/>
          <w:color w:val="555555"/>
          <w:sz w:val="21"/>
        </w:rPr>
        <w:t>Model orientativ pentru persoană fizică</w:t>
      </w:r>
    </w:p>
    <w:p>
      <w:pPr>
        <w:keepNext w:val="0"/>
        <w:spacing w:before="0" w:after="160" w:line="288" w:lineRule="auto"/>
      </w:pPr>
      <w:r>
        <w:rPr>
          <w:rFonts w:ascii="Arial" w:hAnsi="Arial"/>
          <w:color w:val="000000"/>
          <w:sz w:val="22"/>
        </w:rPr>
        <w:t>Subsemnatul/Subsemnata ________________________________________________, domiciliat(ă) în ________________________________________________________, identificat(ă) cu [ ] CI  [ ] CEI  [ ] pașaport, seria ______ nr. __________, eliberat de __________________________ la data de ________________, CNP ____________________________, dacă este solicitat pentru procedură,</w:t>
      </w:r>
    </w:p>
    <w:p>
      <w:pPr>
        <w:keepNext w:val="0"/>
        <w:spacing w:before="80" w:after="160" w:line="288" w:lineRule="auto"/>
      </w:pPr>
      <w:r>
        <w:rPr>
          <w:rFonts w:ascii="Arial" w:hAnsi="Arial"/>
          <w:b/>
          <w:color w:val="000000"/>
          <w:sz w:val="22"/>
        </w:rPr>
        <w:t xml:space="preserve">îl/o împuternicesc pe </w:t>
      </w:r>
      <w:r>
        <w:rPr>
          <w:rFonts w:ascii="Arial" w:hAnsi="Arial"/>
          <w:color w:val="000000"/>
          <w:sz w:val="22"/>
        </w:rPr>
        <w:t>________________________________________________, domiciliat(ă) în ________________________________________________________, identificat(ă) cu [ ] CI  [ ] CEI  [ ] pașaport, seria ______ nr. __________,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Instituția sau organizația: </w:t>
      </w:r>
      <w:r>
        <w:rPr>
          <w:rFonts w:ascii="Arial" w:hAnsi="Arial"/>
          <w:color w:val="000000"/>
          <w:sz w:val="22"/>
        </w:rPr>
        <w:t>____________________________________________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Procedura, dosarul sau operațiunea: </w:t>
      </w:r>
      <w:r>
        <w:rPr>
          <w:rFonts w:ascii="Arial" w:hAnsi="Arial"/>
          <w:color w:val="000000"/>
          <w:sz w:val="22"/>
        </w:rPr>
        <w:t>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</w:r>
      <w:r>
        <w:rPr>
          <w:rFonts w:ascii="Arial" w:hAnsi="Arial"/>
          <w:color w:val="000000"/>
          <w:sz w:val="22"/>
        </w:rPr>
        <w:t>________________________________________________________________________</w:t>
      </w:r>
    </w:p>
    <w:p>
      <w:pPr>
        <w:keepNext/>
        <w:spacing w:before="80" w:after="100" w:line="259" w:lineRule="auto"/>
      </w:pPr>
      <w:r>
        <w:rPr>
          <w:rFonts w:ascii="Arial" w:hAnsi="Arial"/>
          <w:b/>
          <w:color w:val="000000"/>
          <w:sz w:val="22"/>
        </w:rPr>
        <w:t>În limitele acestui mandat, persoana împuternicită poate: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depune documentele: _________________________________________________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ridica documentele sau bunurile: _______________________________________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semna exclusiv documentele: __________________________________________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solicita și primi informațiile necesare procedurii descrise mai sus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efectua următoarele alte operațiuni: 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Drept de substituire: </w:t>
      </w:r>
      <w:r>
        <w:rPr>
          <w:rFonts w:ascii="Arial" w:hAnsi="Arial"/>
          <w:color w:val="000000"/>
          <w:sz w:val="22"/>
        </w:rPr>
        <w:t>[ ] nu se acordă  [ ] se acordă numai astfel: 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Valabilitate: </w:t>
      </w:r>
      <w:r>
        <w:rPr>
          <w:rFonts w:ascii="Arial" w:hAnsi="Arial"/>
          <w:color w:val="000000"/>
          <w:sz w:val="22"/>
        </w:rPr>
        <w:t>de la ______________ până la ______________ / până la finalizarea operațiunii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Anexe, dacă sunt cerute: </w:t>
      </w:r>
      <w:r>
        <w:rPr>
          <w:rFonts w:ascii="Arial" w:hAnsi="Arial"/>
          <w:color w:val="000000"/>
          <w:sz w:val="22"/>
        </w:rPr>
        <w:t>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9"/>
        <w:gridCol w:w="4939"/>
      </w:tblGrid>
      <w:tr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Data: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Locul: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Nume și prenume: </w:t>
            </w:r>
            <w:r>
              <w:rPr>
                <w:rFonts w:ascii="Arial" w:hAnsi="Arial"/>
                <w:color w:val="000000"/>
                <w:sz w:val="22"/>
              </w:rPr>
              <w:t>____________________________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Semnătura: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</w:tr>
    </w:tbl>
    <w:p>
      <w:pPr>
        <w:keepNext w:val="0"/>
        <w:spacing w:before="160" w:after="0" w:line="245" w:lineRule="auto"/>
      </w:pPr>
      <w:r>
        <w:rPr>
          <w:rFonts w:ascii="Arial" w:hAnsi="Arial"/>
          <w:b/>
          <w:i/>
          <w:color w:val="555555"/>
          <w:sz w:val="17"/>
        </w:rPr>
        <w:t xml:space="preserve">Notă: </w:t>
      </w:r>
      <w:r>
        <w:rPr>
          <w:rFonts w:ascii="Arial" w:hAnsi="Arial"/>
          <w:i/>
          <w:color w:val="555555"/>
          <w:sz w:val="17"/>
        </w:rPr>
        <w:t>Acest model este o bază de redactare, nu o procură autentică. Verificați dacă destinatarul impune formular propriu, copii ale actelor, specimen de semnătură ori autentificare notarială. Nu acordați drepturi mai largi decât sunt necesare.</w:t>
      </w:r>
    </w:p>
    <w:p>
      <w:pPr>
        <w:keepNext w:val="0"/>
        <w:pageBreakBefore/>
        <w:spacing w:before="0" w:after="100" w:line="259" w:lineRule="auto"/>
        <w:jc w:val="right"/>
      </w:pPr>
      <w:r>
        <w:rPr>
          <w:rFonts w:ascii="Arial" w:hAnsi="Arial"/>
          <w:b/>
          <w:color w:val="555555"/>
          <w:sz w:val="17"/>
        </w:rPr>
        <w:t>MODEL ORIENTATIV | EDITABIL.RO</w:t>
      </w:r>
    </w:p>
    <w:p>
      <w:pPr>
        <w:pStyle w:val="Title"/>
        <w:keepNext/>
        <w:spacing w:before="40" w:after="60" w:line="259" w:lineRule="auto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rPr>
          <w:rFonts w:ascii="Arial" w:hAnsi="Arial"/>
          <w:b/>
          <w:color w:val="000000"/>
          <w:sz w:val="36"/>
        </w:rPr>
        <w:t>ÎMPUTERNICIRE</w:t>
      </w:r>
    </w:p>
    <w:p>
      <w:pPr>
        <w:keepNext/>
        <w:spacing w:before="0" w:after="260" w:line="259" w:lineRule="auto"/>
        <w:jc w:val="center"/>
      </w:pPr>
      <w:r>
        <w:rPr>
          <w:rFonts w:ascii="Arial" w:hAnsi="Arial"/>
          <w:i/>
          <w:color w:val="555555"/>
          <w:sz w:val="21"/>
        </w:rPr>
        <w:t>Model orientativ pentru persoană juridică</w:t>
      </w:r>
    </w:p>
    <w:p>
      <w:pPr>
        <w:keepNext w:val="0"/>
        <w:spacing w:before="0" w:after="160" w:line="288" w:lineRule="auto"/>
      </w:pPr>
      <w:r>
        <w:rPr>
          <w:rFonts w:ascii="Arial" w:hAnsi="Arial"/>
          <w:color w:val="000000"/>
          <w:sz w:val="22"/>
        </w:rPr>
        <w:t>Societatea/Organizația ________________________________________________, cu sediul în ____________________________________________________________, înregistrată la Registrul Comerțului/registrul relevant sub nr. __________________, având CUI/CIF ____________________, reprezentată legal prin ________________________________, în calitate de ____________________________,</w:t>
      </w:r>
    </w:p>
    <w:p>
      <w:pPr>
        <w:keepNext w:val="0"/>
        <w:spacing w:before="80" w:after="160" w:line="288" w:lineRule="auto"/>
      </w:pPr>
      <w:r>
        <w:rPr>
          <w:rFonts w:ascii="Arial" w:hAnsi="Arial"/>
          <w:b/>
          <w:color w:val="000000"/>
          <w:sz w:val="22"/>
        </w:rPr>
        <w:t xml:space="preserve">îl/o împuternicește pe </w:t>
      </w:r>
      <w:r>
        <w:rPr>
          <w:rFonts w:ascii="Arial" w:hAnsi="Arial"/>
          <w:color w:val="000000"/>
          <w:sz w:val="22"/>
        </w:rPr>
        <w:t>________________________________________________, având funcția/calitatea de ____________________________, identificat(ă) cu [ ] CI  [ ] CEI  [ ] pașaport, seria ______ nr. __________,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Instituția sau organizația: </w:t>
      </w:r>
      <w:r>
        <w:rPr>
          <w:rFonts w:ascii="Arial" w:hAnsi="Arial"/>
          <w:color w:val="000000"/>
          <w:sz w:val="22"/>
        </w:rPr>
        <w:t>____________________________________________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Procedura, dosarul sau operațiunea: </w:t>
      </w:r>
      <w:r>
        <w:rPr>
          <w:rFonts w:ascii="Arial" w:hAnsi="Arial"/>
          <w:color w:val="000000"/>
          <w:sz w:val="22"/>
        </w:rPr>
        <w:t>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</w:r>
      <w:r>
        <w:rPr>
          <w:rFonts w:ascii="Arial" w:hAnsi="Arial"/>
          <w:color w:val="000000"/>
          <w:sz w:val="22"/>
        </w:rPr>
        <w:t>________________________________________________________________________</w:t>
      </w:r>
    </w:p>
    <w:p>
      <w:pPr>
        <w:keepNext/>
        <w:spacing w:before="80" w:after="100" w:line="259" w:lineRule="auto"/>
      </w:pPr>
      <w:r>
        <w:rPr>
          <w:rFonts w:ascii="Arial" w:hAnsi="Arial"/>
          <w:b/>
          <w:color w:val="000000"/>
          <w:sz w:val="22"/>
        </w:rPr>
        <w:t>Mandatul include numai următoarele operațiuni: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depunerea documentelor: ______________________________________________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ridicarea documentelor sau bunurilor: ____________________________________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semnarea documentelor: _______________________________________________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reprezentarea la întâlnirea/ghișeul din data de: ____________________________</w:t>
      </w:r>
    </w:p>
    <w:p>
      <w:pPr>
        <w:pStyle w:val="ListBullet"/>
        <w:keepNext w:val="0"/>
        <w:spacing w:before="0" w:after="60" w:line="252" w:lineRule="auto"/>
        <w:ind w:left="360"/>
      </w:pPr>
      <w:r>
        <w:rPr>
          <w:rFonts w:ascii="Arial" w:hAnsi="Arial"/>
          <w:color w:val="000000"/>
          <w:sz w:val="21"/>
        </w:rPr>
        <w:t>[ ] alte operațiuni expres permise: _________________________________________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Drept de substituire: </w:t>
      </w:r>
      <w:r>
        <w:rPr>
          <w:rFonts w:ascii="Arial" w:hAnsi="Arial"/>
          <w:color w:val="000000"/>
          <w:sz w:val="22"/>
        </w:rPr>
        <w:t>[ ] nu se acordă  [ ] se acordă numai astfel: __________________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Valabilitate: </w:t>
      </w:r>
      <w:r>
        <w:rPr>
          <w:rFonts w:ascii="Arial" w:hAnsi="Arial"/>
          <w:color w:val="000000"/>
          <w:sz w:val="22"/>
        </w:rPr>
        <w:t>de la ______________ până la ______________ / până la finalizarea operațiunii</w:t>
      </w:r>
    </w:p>
    <w:p>
      <w:pPr>
        <w:keepNext w:val="0"/>
        <w:spacing w:before="0" w:after="140" w:line="259" w:lineRule="auto"/>
      </w:pPr>
      <w:r>
        <w:rPr>
          <w:rFonts w:ascii="Arial" w:hAnsi="Arial"/>
          <w:b/>
          <w:color w:val="000000"/>
          <w:sz w:val="22"/>
        </w:rPr>
        <w:t xml:space="preserve">Anexe, dacă sunt cerute: </w:t>
      </w:r>
      <w:r>
        <w:rPr>
          <w:rFonts w:ascii="Arial" w:hAnsi="Arial"/>
          <w:color w:val="000000"/>
          <w:sz w:val="22"/>
        </w:rPr>
        <w:t>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9"/>
        <w:gridCol w:w="4939"/>
      </w:tblGrid>
      <w:tr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Data: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Locul: </w:t>
            </w:r>
            <w:r>
              <w:rPr>
                <w:rFonts w:ascii="Arial" w:hAnsi="Arial"/>
                <w:color w:val="000000"/>
                <w:sz w:val="22"/>
              </w:rPr>
              <w:t>__________________</w:t>
            </w:r>
          </w:p>
        </w:tc>
        <w:tc>
          <w:tcPr>
            <w:tcW w:type="dxa" w:w="4680"/>
            <w:vAlign w:val="center"/>
            <w:tcMar>
              <w:top w:w="80" w:type="dxa"/>
              <w:start w:w="0" w:type="dxa"/>
              <w:bottom w:w="40" w:type="dxa"/>
              <w:end w:w="80" w:type="dxa"/>
            </w:tcMar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/>
                <w:b/>
                <w:color w:val="000000"/>
                <w:sz w:val="22"/>
              </w:rPr>
              <w:t xml:space="preserve">Reprezentant legal: </w:t>
            </w:r>
            <w:r>
              <w:rPr>
                <w:rFonts w:ascii="Arial" w:hAnsi="Arial"/>
                <w:color w:val="000000"/>
                <w:sz w:val="22"/>
              </w:rPr>
              <w:t>________________________</w:t>
            </w:r>
            <w:r>
              <w:br/>
            </w:r>
            <w:r>
              <w:rPr>
                <w:rFonts w:ascii="Arial" w:hAnsi="Arial"/>
                <w:b/>
                <w:color w:val="000000"/>
                <w:sz w:val="22"/>
              </w:rPr>
              <w:t xml:space="preserve">Semnătura: </w:t>
            </w:r>
            <w:r>
              <w:rPr>
                <w:rFonts w:ascii="Arial" w:hAnsi="Arial"/>
                <w:color w:val="000000"/>
                <w:sz w:val="22"/>
              </w:rPr>
              <w:t>____________  Ștampila, dacă se folosește: ______</w:t>
            </w:r>
          </w:p>
        </w:tc>
      </w:tr>
    </w:tbl>
    <w:p>
      <w:pPr>
        <w:keepNext w:val="0"/>
        <w:spacing w:before="160" w:after="0" w:line="245" w:lineRule="auto"/>
      </w:pPr>
      <w:r>
        <w:rPr>
          <w:rFonts w:ascii="Arial" w:hAnsi="Arial"/>
          <w:b/>
          <w:i/>
          <w:color w:val="555555"/>
          <w:sz w:val="17"/>
        </w:rPr>
        <w:t xml:space="preserve">Notă: </w:t>
      </w:r>
      <w:r>
        <w:rPr>
          <w:rFonts w:ascii="Arial" w:hAnsi="Arial"/>
          <w:i/>
          <w:color w:val="555555"/>
          <w:sz w:val="17"/>
        </w:rPr>
        <w:t>Semnează persoana care are drept legal de reprezentare. Verificați cerințele destinatarului și actele care dovedesc această calitate. Modelul nu înlocuiește o procură autentică sau un formular instituțional obligatoriu.</w:t>
      </w:r>
    </w:p>
    <w:sectPr w:rsidR="00FC693F" w:rsidRPr="0006063C" w:rsidSect="00034616">
      <w:footerReference w:type="default" r:id="rId9"/>
      <w:pgSz w:w="12240" w:h="15840"/>
      <w:pgMar w:top="835" w:right="1181" w:bottom="792" w:left="1181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Arial" w:hAnsi="Arial"/>
        <w:color w:val="666666"/>
        <w:sz w:val="17"/>
      </w:rPr>
      <w:t xml:space="preserve">Pagina </w:t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împuternicire</dc:title>
  <dc:subject>Modele orientative pentru persoană fizică și persoană juridică</dc:subject>
  <dc:creator>Editabil.ro</dc:creator>
  <cp:keywords>model, document, editabil, Word, PDF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