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i w:val="0"/>
          <w:color w:val="1F4E79"/>
          <w:sz w:val="32"/>
        </w:rPr>
        <w:t>NOTIFICARE DE ÎNCETARE ÎN PERIOADA DE PROBĂ</w:t>
      </w:r>
    </w:p>
    <w:p>
      <w:pPr>
        <w:spacing w:after="320"/>
        <w:jc w:val="center"/>
      </w:pPr>
      <w:r>
        <w:rPr>
          <w:rFonts w:ascii="Arial" w:hAnsi="Arial"/>
          <w:b w:val="0"/>
          <w:i/>
          <w:color w:val="5A5A5A"/>
          <w:sz w:val="20"/>
        </w:rPr>
        <w:t>Model fără preaviz, în temeiul art. 31 alin. (3) din Codul muncii</w:t>
      </w:r>
    </w:p>
    <w:p>
      <w:pPr>
        <w:spacing w:after="240"/>
      </w:pPr>
      <w:r>
        <w:rPr>
          <w:rFonts w:ascii="Arial" w:hAnsi="Arial"/>
          <w:b/>
          <w:i w:val="0"/>
          <w:color w:val="000000"/>
          <w:sz w:val="22"/>
        </w:rPr>
        <w:t xml:space="preserve">Către: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____________________________________________</w:t>
      </w:r>
    </w:p>
    <w:p>
      <w:pPr>
        <w:spacing w:after="280"/>
      </w:pPr>
      <w:r>
        <w:rPr>
          <w:rFonts w:ascii="Arial" w:hAnsi="Arial"/>
          <w:b/>
          <w:i w:val="0"/>
          <w:color w:val="000000"/>
          <w:sz w:val="22"/>
        </w:rPr>
        <w:t xml:space="preserve">În atenția: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</w:t>
      </w:r>
    </w:p>
    <w:p>
      <w:pPr>
        <w:jc w:val="left"/>
      </w:pPr>
      <w:r>
        <w:rPr>
          <w:rFonts w:ascii="Arial" w:hAnsi="Arial"/>
          <w:b w:val="0"/>
          <w:i w:val="0"/>
          <w:color w:val="000000"/>
          <w:sz w:val="22"/>
        </w:rPr>
        <w:t>Subsemnatul/Subsemnata ____________________________________________, angajat(ă) al/a ____________________________________________, în funcția de ________________________________, în baza contractului individual de muncă nr. __________ din data de ________________,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notific prin prezenta încetarea contractului meu individual de muncă începând cu data de ________________, în temeiul art. 31 alin. (3) din Legea nr. 53/2003 - Codul muncii, republicată, cu modificările și completările ulterioare.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Notificarea este formulată pe durata/la sfârșitul perioadei de probă, fără preaviz și fără a fi necesară motivarea deciziei.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rog să înregistrați prezenta notificare și să efectuați formalitățile legale aferente încetării contractului individual de muncă.</w:t>
      </w:r>
    </w:p>
    <w:p>
      <w:pPr>
        <w:spacing w:before="320" w:after="40"/>
      </w:pPr>
      <w:r>
        <w:rPr>
          <w:rFonts w:ascii="Arial" w:hAnsi="Arial"/>
          <w:b/>
          <w:i w:val="0"/>
          <w:color w:val="000000"/>
          <w:sz w:val="22"/>
        </w:rPr>
        <w:t>Data: ____________________</w:t>
      </w:r>
    </w:p>
    <w:p>
      <w:pPr>
        <w:spacing w:after="40"/>
      </w:pPr>
      <w:r>
        <w:rPr>
          <w:rFonts w:ascii="Arial" w:hAnsi="Arial"/>
          <w:b w:val="0"/>
          <w:i w:val="0"/>
          <w:color w:val="000000"/>
          <w:sz w:val="22"/>
        </w:rPr>
        <w:t>Nume și prenume: ______________________________________</w:t>
      </w:r>
    </w:p>
    <w:p>
      <w:r>
        <w:rPr>
          <w:rFonts w:ascii="Arial" w:hAnsi="Arial"/>
          <w:b w:val="0"/>
          <w:i w:val="0"/>
          <w:color w:val="000000"/>
          <w:sz w:val="22"/>
        </w:rPr>
        <w:t>Semnătura: ____________________</w:t>
      </w:r>
    </w:p>
    <w:p>
      <w:pPr>
        <w:spacing w:before="360" w:after="0"/>
      </w:pPr>
      <w:r>
        <w:rPr>
          <w:rFonts w:ascii="Arial" w:hAnsi="Arial"/>
          <w:b w:val="0"/>
          <w:i/>
          <w:color w:val="5A5A5A"/>
          <w:sz w:val="17"/>
        </w:rPr>
        <w:t>Notă: În perioada de probă, încetarea are loc prin notificare scrisă, fără preaviz, la inițiativa oricăreia dintre părți. Documentul nu este o cerere care necesită aprobarea angajatorului.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A5A5A"/>
        <w:sz w:val="16"/>
      </w:rPr>
      <w:t xml:space="preserve">Pagina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5A5A5A"/>
        <w:sz w:val="16"/>
      </w:rPr>
      <w:t>MODEL ORIENTATIV | EDITABIL.RO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Notificare de încetare în perioada de probă</dc:title>
  <dc:subject>Model orientativ pentru încetarea contractului individual de muncă</dc:subject>
  <dc:creator>Editabil.ro</dc:creator>
  <cp:keywords>model demisie, cerere demisie, Codul muncii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