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i w:val="0"/>
          <w:color w:val="1F4E79"/>
          <w:sz w:val="32"/>
        </w:rPr>
        <w:t>NOTIFICARE DE DEMISIE FĂRĂ PREAVIZ</w:t>
      </w:r>
    </w:p>
    <w:p>
      <w:pPr>
        <w:spacing w:after="320"/>
        <w:jc w:val="center"/>
      </w:pPr>
      <w:r>
        <w:rPr>
          <w:rFonts w:ascii="Arial" w:hAnsi="Arial"/>
          <w:b w:val="0"/>
          <w:i/>
          <w:color w:val="5A5A5A"/>
          <w:sz w:val="20"/>
        </w:rPr>
        <w:t>Model pentru situația prevăzută de art. 81 alin. (8) din Codul muncii</w:t>
      </w:r>
    </w:p>
    <w:p>
      <w:pPr>
        <w:spacing w:after="240"/>
      </w:pPr>
      <w:r>
        <w:rPr>
          <w:rFonts w:ascii="Arial" w:hAnsi="Arial"/>
          <w:b/>
          <w:i w:val="0"/>
          <w:color w:val="000000"/>
          <w:sz w:val="22"/>
        </w:rPr>
        <w:t xml:space="preserve">Către: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</w:t>
      </w:r>
    </w:p>
    <w:p>
      <w:pPr>
        <w:spacing w:after="280"/>
      </w:pPr>
      <w:r>
        <w:rPr>
          <w:rFonts w:ascii="Arial" w:hAnsi="Arial"/>
          <w:b/>
          <w:i w:val="0"/>
          <w:color w:val="000000"/>
          <w:sz w:val="22"/>
        </w:rPr>
        <w:t xml:space="preserve">În atenția: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</w:t>
      </w:r>
    </w:p>
    <w:p>
      <w:pPr>
        <w:jc w:val="left"/>
      </w:pPr>
      <w:r>
        <w:rPr>
          <w:rFonts w:ascii="Arial" w:hAnsi="Arial"/>
          <w:b w:val="0"/>
          <w:i w:val="0"/>
          <w:color w:val="000000"/>
          <w:sz w:val="22"/>
        </w:rPr>
        <w:t>Subsemnatul/Subsemnata ____________________________________________, angajat(ă) al/a ____________________________________________, în funcția de ________________________________, în baza contractului individual de muncă nr. __________ din data de ________________,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notific prin prezenta demisia mea fără preaviz, în temeiul art. 81 alin. (8) din Legea nr. 53/2003 - Codul muncii, republicată, cu modificările și completările ulterioare.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Această notificare are la bază neîndeplinirea de către angajator a obligației asumate prin contractul individual de muncă, respectiv: ____________________________________________________________________________________________.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Contractul individual de muncă va înceta începând cu data de ________________. Vă rog să înregistrați notificarea și să efectuați formalitățile legale aferente încetării raportului de muncă.</w:t>
      </w:r>
    </w:p>
    <w:p>
      <w:pPr>
        <w:spacing w:before="320" w:after="40"/>
      </w:pPr>
      <w:r>
        <w:rPr>
          <w:rFonts w:ascii="Arial" w:hAnsi="Arial"/>
          <w:b/>
          <w:i w:val="0"/>
          <w:color w:val="000000"/>
          <w:sz w:val="22"/>
        </w:rPr>
        <w:t>Data: 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00000"/>
          <w:sz w:val="22"/>
        </w:rPr>
        <w:t>Nume și prenume: ______________________________________</w:t>
      </w:r>
    </w:p>
    <w:p>
      <w:r>
        <w:rPr>
          <w:rFonts w:ascii="Arial" w:hAnsi="Arial"/>
          <w:b w:val="0"/>
          <w:i w:val="0"/>
          <w:color w:val="000000"/>
          <w:sz w:val="22"/>
        </w:rPr>
        <w:t>Semnătura: ____________________</w:t>
      </w:r>
    </w:p>
    <w:p>
      <w:pPr>
        <w:spacing w:before="360" w:after="0"/>
      </w:pPr>
      <w:r>
        <w:rPr>
          <w:rFonts w:ascii="Arial" w:hAnsi="Arial"/>
          <w:b w:val="0"/>
          <w:i/>
          <w:color w:val="5A5A5A"/>
          <w:sz w:val="17"/>
        </w:rPr>
        <w:t>Notă: Art. 81 alin. (8) permite demisia fără preaviz atunci când angajatorul nu își îndeplinește obligațiile asumate prin contractul individual de muncă. Pentru o situație disputată, este recomandată consultarea unui specialist.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A5A5A"/>
        <w:sz w:val="16"/>
      </w:rPr>
      <w:t xml:space="preserve">Pagina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A5A5A"/>
        <w:sz w:val="16"/>
      </w:rPr>
      <w:t>MODEL ORIENTATIV | EDITABIL.RO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de demisie fără preaviz</dc:title>
  <dc:subject>Model orientativ pentru încetarea contractului individual de muncă</dc:subject>
  <dc:creator>Editabil.ro</dc:creator>
  <cp:keywords>model demisie, cerere demisie, Codul muncii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