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i w:val="0"/>
          <w:color w:val="1F4E79"/>
          <w:sz w:val="32"/>
        </w:rPr>
        <w:t>CERERE DE ÎNCETARE A CONTRACTULUI DE MUNCĂ</w:t>
      </w:r>
    </w:p>
    <w:p>
      <w:pPr>
        <w:spacing w:after="300"/>
        <w:jc w:val="center"/>
      </w:pPr>
      <w:r>
        <w:rPr>
          <w:rFonts w:ascii="Arial" w:hAnsi="Arial"/>
          <w:b w:val="0"/>
          <w:i/>
          <w:color w:val="5A5A5A"/>
          <w:sz w:val="20"/>
        </w:rPr>
        <w:t>Prin acordul părților - art. 55 lit. b din Codul muncii</w:t>
      </w:r>
    </w:p>
    <w:p>
      <w:pPr>
        <w:spacing w:after="180"/>
      </w:pPr>
      <w:r>
        <w:rPr>
          <w:rFonts w:ascii="Arial" w:hAnsi="Arial"/>
          <w:b/>
          <w:i w:val="0"/>
          <w:color w:val="000000"/>
          <w:sz w:val="22"/>
        </w:rPr>
        <w:t xml:space="preserve">Către: </w:t>
      </w:r>
      <w:r>
        <w:rPr>
          <w:rFonts w:ascii="Arial" w:hAnsi="Arial"/>
          <w:b w:val="0"/>
          <w:i w:val="0"/>
          <w:color w:val="000000"/>
          <w:sz w:val="22"/>
        </w:rPr>
        <w:t>____________________________________________________</w:t>
      </w:r>
    </w:p>
    <w:p>
      <w:pPr>
        <w:spacing w:after="260"/>
      </w:pPr>
      <w:r>
        <w:rPr>
          <w:rFonts w:ascii="Arial" w:hAnsi="Arial"/>
          <w:b/>
          <w:i w:val="0"/>
          <w:color w:val="000000"/>
          <w:sz w:val="22"/>
        </w:rPr>
        <w:t xml:space="preserve">În atenția: </w:t>
      </w:r>
      <w:r>
        <w:rPr>
          <w:rFonts w:ascii="Arial" w:hAnsi="Arial"/>
          <w:b w:val="0"/>
          <w:i w:val="0"/>
          <w:color w:val="000000"/>
          <w:sz w:val="22"/>
        </w:rPr>
        <w:t>____________________________________________________</w:t>
      </w:r>
    </w:p>
    <w:p>
      <w:pPr>
        <w:spacing w:after="180"/>
        <w:jc w:val="left"/>
      </w:pPr>
      <w:r>
        <w:rPr>
          <w:rFonts w:ascii="Arial" w:hAnsi="Arial"/>
          <w:b w:val="0"/>
          <w:i w:val="0"/>
          <w:color w:val="000000"/>
          <w:sz w:val="22"/>
        </w:rPr>
        <w:t>Subsemnatul/Subsemnata ____________________________________________, angajat(ă) al/a ____________________________________________, în funcția de ________________________________, în baza contractului individual de muncă nr. __________ din data de ________________,</w:t>
      </w:r>
    </w:p>
    <w:p>
      <w:pPr>
        <w:spacing w:after="180"/>
        <w:jc w:val="left"/>
      </w:pPr>
      <w:r>
        <w:rPr>
          <w:rFonts w:ascii="Arial" w:hAnsi="Arial"/>
          <w:b w:val="0"/>
          <w:i w:val="0"/>
          <w:color w:val="000000"/>
          <w:sz w:val="22"/>
        </w:rPr>
        <w:t>vă solicit încetarea contractului individual de muncă prin acordul părților, în temeiul art. 55 lit. b din Legea nr. 53/2003 - Codul muncii, republicată, cu modificările și completările ulterioare, începând cu data de ________________.</w:t>
      </w:r>
    </w:p>
    <w:p>
      <w:pPr>
        <w:spacing w:after="180"/>
        <w:jc w:val="left"/>
      </w:pPr>
      <w:r>
        <w:rPr>
          <w:rFonts w:ascii="Arial" w:hAnsi="Arial"/>
          <w:b w:val="0"/>
          <w:i w:val="0"/>
          <w:color w:val="000000"/>
          <w:sz w:val="22"/>
        </w:rPr>
        <w:t>Vă rog să îmi comunicați acceptarea solicitării și data convenită pentru încetarea raportului de muncă, precum și să dispuneți întocmirea documentelor aferente.</w:t>
      </w:r>
    </w:p>
    <w:p>
      <w:pPr>
        <w:spacing w:before="280" w:after="100"/>
      </w:pPr>
      <w:r>
        <w:rPr>
          <w:rFonts w:ascii="Arial" w:hAnsi="Arial"/>
          <w:b/>
          <w:i w:val="0"/>
          <w:color w:val="000000"/>
          <w:sz w:val="22"/>
        </w:rPr>
        <w:t>Data: ____________________</w:t>
      </w:r>
    </w:p>
    <w:p>
      <w:pPr>
        <w:spacing w:after="100"/>
      </w:pPr>
      <w:r>
        <w:rPr>
          <w:rFonts w:ascii="Arial" w:hAnsi="Arial"/>
          <w:b w:val="0"/>
          <w:i w:val="0"/>
          <w:color w:val="000000"/>
          <w:sz w:val="22"/>
        </w:rPr>
        <w:t>Nume și prenume: ______________________________________</w:t>
      </w:r>
    </w:p>
    <w:p>
      <w:r>
        <w:rPr>
          <w:rFonts w:ascii="Arial" w:hAnsi="Arial"/>
          <w:b w:val="0"/>
          <w:i w:val="0"/>
          <w:color w:val="000000"/>
          <w:sz w:val="22"/>
        </w:rPr>
        <w:t>Semnătura: ____________________</w:t>
      </w:r>
    </w:p>
    <w:p>
      <w:pPr>
        <w:spacing w:before="300" w:after="0"/>
      </w:pPr>
      <w:r>
        <w:rPr>
          <w:rFonts w:ascii="Arial" w:hAnsi="Arial"/>
          <w:b w:val="0"/>
          <w:i/>
          <w:color w:val="5A5A5A"/>
          <w:sz w:val="17"/>
        </w:rPr>
        <w:t>Notă: Încetarea prin acordul părților produce efecte numai dacă angajatorul acceptă solicitarea. Legea nu impune un termen de preaviz; data încetării este cea convenită de ambele părți.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123" w:left="1296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5A5A5A"/>
        <w:sz w:val="16"/>
      </w:rPr>
      <w:t xml:space="preserve">Pagina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5A5A5A"/>
        <w:sz w:val="16"/>
      </w:rPr>
      <w:t>MODEL ORIENTATIV | EDITABIL.RO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încetare a contractului prin acordul părților</dc:title>
  <dc:subject>Model orientativ în temeiul art. 55 lit. b din Codul muncii</dc:subject>
  <dc:creator>Editabil.ro</dc:creator>
  <cp:keywords>încetare contract, acordul părților, art. 55 lit. 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