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F4D78"/>
          <w:sz w:val="40"/>
        </w:rPr>
        <w:t>NOTIFICARE DE ÎNCETARE / DENUNȚARE A CONTRACTULUI DE ÎNCHIRIERE</w:t>
      </w:r>
    </w:p>
    <w:p>
      <w:pPr>
        <w:spacing w:after="240"/>
        <w:jc w:val="center"/>
      </w:pPr>
      <w:r>
        <w:rPr>
          <w:i/>
          <w:color w:val="5B6573"/>
          <w:sz w:val="19"/>
        </w:rPr>
        <w:t>Model editabil - completați câmpurile și adaptați clauzele contractului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638"/>
            <w:shd w:fill="E8EEF5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1F4D78"/>
              </w:rPr>
              <w:t xml:space="preserve">NOTĂ: </w:t>
            </w:r>
            <w:r>
              <w:t>Acest document este un model general, nu consultanță juridică. Verificați contractul, motivul încetării și termenul de preaviz aplicabil. Pentru situații litigioase, restanțe sau evacuare, solicitați consultanță juridică.</w:t>
            </w:r>
          </w:p>
        </w:tc>
      </w:tr>
    </w:tbl>
    <w:p/>
    <w:p>
      <w:pPr>
        <w:pStyle w:val="Heading1"/>
      </w:pPr>
      <w:r>
        <w:t>1. Părțile și contractul</w:t>
      </w:r>
    </w:p>
    <w:p>
      <w:pPr>
        <w:spacing w:after="80"/>
      </w:pPr>
      <w:r>
        <w:rPr>
          <w:b/>
        </w:rPr>
        <w:t xml:space="preserve">Expeditor (locator / locatar) </w:t>
      </w:r>
      <w:r>
        <w:t>_____________________________________________________</w:t>
      </w:r>
    </w:p>
    <w:p>
      <w:pPr>
        <w:spacing w:after="80"/>
      </w:pPr>
      <w:r>
        <w:rPr>
          <w:b/>
        </w:rPr>
        <w:t xml:space="preserve">CNP/CUI </w:t>
      </w:r>
      <w:r>
        <w:t>___________________________________________________________________________</w:t>
      </w:r>
    </w:p>
    <w:p>
      <w:pPr>
        <w:spacing w:after="80"/>
      </w:pPr>
      <w:r>
        <w:rPr>
          <w:b/>
        </w:rPr>
        <w:t xml:space="preserve">Domiciliu/sediu </w:t>
      </w:r>
      <w:r>
        <w:t>___________________________________________________________________</w:t>
      </w:r>
    </w:p>
    <w:p>
      <w:pPr>
        <w:spacing w:after="80"/>
      </w:pPr>
      <w:r>
        <w:rPr>
          <w:b/>
        </w:rPr>
        <w:t xml:space="preserve">Telefon/e-mail </w:t>
      </w:r>
      <w:r>
        <w:t>____________________________________________________________________</w:t>
      </w:r>
    </w:p>
    <w:p>
      <w:pPr>
        <w:spacing w:after="80"/>
      </w:pPr>
      <w:r>
        <w:rPr>
          <w:b/>
        </w:rPr>
        <w:t xml:space="preserve">Destinatar </w:t>
      </w:r>
      <w:r>
        <w:t>________________________________________________________________________</w:t>
      </w:r>
    </w:p>
    <w:p>
      <w:pPr>
        <w:spacing w:after="80"/>
      </w:pPr>
      <w:r>
        <w:rPr>
          <w:b/>
        </w:rPr>
        <w:t xml:space="preserve">Domiciliu/sediu </w:t>
      </w:r>
      <w:r>
        <w:t>___________________________________________________________________</w:t>
      </w:r>
    </w:p>
    <w:p>
      <w:pPr>
        <w:spacing w:after="80"/>
      </w:pPr>
      <w:r>
        <w:rPr>
          <w:b/>
        </w:rPr>
        <w:t xml:space="preserve">Contract de închiriere nr. / data </w:t>
      </w:r>
      <w:r>
        <w:t>_________________________________________________</w:t>
      </w:r>
    </w:p>
    <w:p>
      <w:pPr>
        <w:spacing w:after="80"/>
      </w:pPr>
      <w:r>
        <w:rPr>
          <w:b/>
        </w:rPr>
        <w:t xml:space="preserve">Imobilul închiriat </w:t>
      </w:r>
      <w:r>
        <w:t>________________________________________________________________</w:t>
      </w:r>
    </w:p>
    <w:p>
      <w:pPr>
        <w:pStyle w:val="Heading1"/>
      </w:pPr>
      <w:r>
        <w:t>2. Obiectul notificării</w:t>
      </w:r>
    </w:p>
    <w:p>
      <w:r>
        <w:t>Prin prezenta vă notific intenția mea de încetare a contractului de închiriere identificat mai sus, începând cu data de ____________________, cu respectarea clauzelor contractuale și a termenului de preaviz aplicabil.</w:t>
      </w:r>
    </w:p>
    <w:p>
      <w:r>
        <w:t>Temeiul invocat este (bifați și completați varianta relevantă):</w:t>
      </w:r>
    </w:p>
    <w:p>
      <w:pPr>
        <w:pStyle w:val="ListBullet"/>
      </w:pPr>
      <w:r>
        <w:t>denunțarea unilaterală conform clauzei nr. ______ din contract;</w:t>
      </w:r>
    </w:p>
    <w:p>
      <w:pPr>
        <w:pStyle w:val="ListBullet"/>
      </w:pPr>
      <w:r>
        <w:t>ajungerea la termen a contractului, la data de ____________________;</w:t>
      </w:r>
    </w:p>
    <w:p>
      <w:pPr>
        <w:pStyle w:val="ListBullet"/>
      </w:pPr>
      <w:r>
        <w:t>acordul părților, care urmează să fie consemnat separat;</w:t>
      </w:r>
    </w:p>
    <w:p>
      <w:pPr>
        <w:pStyle w:val="ListBullet"/>
      </w:pPr>
      <w:r>
        <w:t>neexecutarea obligației: ___________________________________________;</w:t>
      </w:r>
    </w:p>
    <w:p>
      <w:pPr>
        <w:pStyle w:val="ListBullet"/>
      </w:pPr>
      <w:r>
        <w:t>altă situație prevăzută în contract sau de lege: ____________________.</w:t>
      </w:r>
    </w:p>
    <w:p>
      <w:pPr>
        <w:pStyle w:val="Heading1"/>
      </w:pPr>
      <w:r>
        <w:t>3. Predarea imobilului și regularizarea sumelor</w:t>
      </w:r>
    </w:p>
    <w:p>
      <w:r>
        <w:t>Propun ca predarea imobilului și semnarea procesului-verbal de predare-primire să aibă loc la data de ____________________, ora ________, la adresa imobilului. La predare vor fi consemnate starea spațiului, indexurile contoarelor, bunurile și cheile returnate.</w:t>
      </w:r>
    </w:p>
    <w:p>
      <w:r>
        <w:t>Vă rog să comunicați până la data de ____________________ confirmarea primirii și eventualele observații privind programarea predării.</w:t>
      </w:r>
    </w:p>
    <w:p>
      <w:r>
        <w:t>Sumele datorate până la încetare (chirie, utilități, garanție și alte obligații) vor fi calculate și regularizate pe baza contractului și a documentelor justificative.</w:t>
      </w:r>
    </w:p>
    <w:p>
      <w:pPr>
        <w:pStyle w:val="Heading1"/>
      </w:pPr>
      <w:r>
        <w:t>4. Comunicarea notificării</w:t>
      </w:r>
    </w:p>
    <w:p>
      <w:r>
        <w:t>Notificarea este transmisă prin: ☐ scrisoare recomandată cu confirmare de primire  ☐ curier  ☐ e-mail prevăzut în contract  ☐ predare personală  ☐ alt mijloc: ____________________.</w:t>
      </w:r>
    </w:p>
    <w:p>
      <w:r>
        <w:t>Anexe, dacă este cazul: copie contract; dovezi de plată; fotografii; alte documente: ____________________________________________.</w:t>
      </w:r>
    </w:p>
    <w:p>
      <w:r>
        <w:br/>
        <w:t>Data: ____________________        Locul: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jc w:val="center"/>
            </w:pPr>
            <w:r>
              <w:rPr>
                <w:b/>
              </w:rPr>
              <w:t>EXPEDITOR</w:t>
            </w:r>
          </w:p>
          <w:p>
            <w:pPr>
              <w:jc w:val="center"/>
            </w:pPr>
            <w:r>
              <w:br/>
              <w:t>Nume: __________________________</w:t>
              <w:br/>
              <w:t>Semnătură: _____________________</w:t>
            </w:r>
          </w:p>
        </w:tc>
        <w:tc>
          <w:tcPr>
            <w:tcW w:type="dxa" w:w="4649"/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jc w:val="center"/>
            </w:pPr>
            <w:r>
              <w:rPr>
                <w:b/>
              </w:rPr>
              <w:t>CONFIRMARE DE PRIMIRE (opțional)</w:t>
            </w:r>
          </w:p>
          <w:p>
            <w:pPr>
              <w:jc w:val="center"/>
            </w:pPr>
            <w:r>
              <w:br/>
              <w:t>Nume: __________________________</w:t>
              <w:br/>
              <w:t>Semnătură: _____________________</w:t>
            </w:r>
          </w:p>
        </w:tc>
      </w:tr>
    </w:tbl>
    <w:p>
      <w:pPr>
        <w:pStyle w:val="Heading1"/>
      </w:pPr>
      <w:r>
        <w:t>Instrucțiuni de utilizare</w:t>
      </w:r>
    </w:p>
    <w:p>
      <w:pPr>
        <w:pStyle w:val="ListNumber"/>
      </w:pPr>
      <w:r>
        <w:t>Citiți clauzele despre durată, preaviz, notificare, garanție și predarea imobilului.</w:t>
      </w:r>
    </w:p>
    <w:p>
      <w:pPr>
        <w:pStyle w:val="ListNumber"/>
      </w:pPr>
      <w:r>
        <w:t>Păstrați o copie a notificării și dovada transmiterii/primirii.</w:t>
      </w:r>
    </w:p>
    <w:p>
      <w:pPr>
        <w:pStyle w:val="ListNumber"/>
      </w:pPr>
      <w:r>
        <w:t>Nu folosiți formularea „reziliere” automat: încetarea, denunțarea unilaterală și rezilierea pot avea condiții diferite.</w:t>
      </w:r>
    </w:p>
    <w:p>
      <w:pPr>
        <w:pStyle w:val="ListNumber"/>
      </w:pPr>
      <w:r>
        <w:t>Întocmiți la predare un proces-verbal cu starea imobilului, fotografii, chei și indexuri.</w:t>
      </w:r>
    </w:p>
    <w:p>
      <w:pPr>
        <w:pStyle w:val="ListNumber"/>
      </w:pPr>
      <w:r>
        <w:t>Dacă cealaltă parte contestă încetarea sau există restanțe/daune, cereți sfatul unui profesionist.</w:t>
      </w:r>
    </w:p>
    <w:p>
      <w:pPr>
        <w:pStyle w:val="Heading1"/>
      </w:pPr>
      <w:r>
        <w:t>Repere legale orientative</w:t>
      </w:r>
    </w:p>
    <w:p>
      <w:r>
        <w:t>Codul civil (Legea nr. 287/2009), inclusiv regulile aplicabile locațiunii și încetării contractului. Sursa oficială: https://legislatie.just.ro/Public/DetaliiDocumentAfis/109883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6"/>
      </w:rPr>
      <w:t>Model orientativ • Editabil.ro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F4D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F4D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F4D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