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A7B83"/>
          <w:sz w:val="22"/>
        </w:rPr>
        <w:t>EDITABIL.RO</w:t>
      </w:r>
    </w:p>
    <w:p>
      <w:pPr>
        <w:pStyle w:val="Title"/>
        <w:jc w:val="center"/>
      </w:pPr>
      <w:r>
        <w:t>20 de modele de</w:t>
        <w:br/>
        <w:t>descriere personală pentru CV</w:t>
      </w:r>
    </w:p>
    <w:p>
      <w:pPr>
        <w:jc w:val="center"/>
      </w:pPr>
      <w:r>
        <w:rPr>
          <w:color w:val="5F6C76"/>
          <w:sz w:val="26"/>
        </w:rPr>
        <w:t>Exemple ușor de adaptat • ediția 2026</w:t>
      </w:r>
    </w:p>
    <w:p/>
    <w:tbl>
      <w:tblPr>
        <w:tblW w:type="auto" w:w="0"/>
        <w:tblLayout w:type="fixed"/>
        <w:tblLook w:firstColumn="1" w:firstRow="1" w:lastColumn="0" w:lastRow="0" w:noHBand="0" w:noVBand="1" w:val="04A0"/>
      </w:tblPr>
      <w:tblGrid>
        <w:gridCol w:w="8787"/>
      </w:tblGrid>
      <w:tr>
        <w:tc>
          <w:tcPr>
            <w:tcW w:type="dxa" w:w="9866"/>
            <w:shd w:fill="EAF5F5"/>
          </w:tcPr>
          <w:p>
            <w:pPr>
              <w:jc w:val="center"/>
            </w:pPr>
            <w:r>
              <w:rPr>
                <w:b/>
                <w:color w:val="17324D"/>
                <w:sz w:val="24"/>
              </w:rPr>
              <w:t>Un profil bun are 3–5 rânduri și răspunde rapid la trei întrebări: cine ești profesional, ce știi să faci și ce rezultat poți aduce.</w:t>
            </w:r>
          </w:p>
        </w:tc>
      </w:tr>
    </w:tbl>
    <w:p>
      <w:pPr>
        <w:pStyle w:val="Heading1"/>
      </w:pPr>
      <w:r>
        <w:t>Cum folosești modelele</w:t>
      </w:r>
    </w:p>
    <w:p>
      <w:pPr>
        <w:pStyle w:val="ListBullet"/>
      </w:pPr>
      <w:r>
        <w:t>Alege exemplul cel mai apropiat de experiența și rolul vizat.</w:t>
      </w:r>
    </w:p>
    <w:p>
      <w:pPr>
        <w:pStyle w:val="ListBullet"/>
      </w:pPr>
      <w:r>
        <w:t>Înlocuiește toate elementele dintre [paranteze] cu informații reale.</w:t>
      </w:r>
    </w:p>
    <w:p>
      <w:pPr>
        <w:pStyle w:val="ListBullet"/>
      </w:pPr>
      <w:r>
        <w:t>Adaugă cel puțin un rezultat concret: procent, volum, timp economisit sau număr de persoane/proiecte.</w:t>
      </w:r>
    </w:p>
    <w:p>
      <w:pPr>
        <w:pStyle w:val="ListBullet"/>
      </w:pPr>
      <w:r>
        <w:t>Păstrează doar competențele relevante pentru anunțul de angajare; evită formulele generale care nu pot fi demonstrate.</w:t>
      </w:r>
    </w:p>
    <w:p>
      <w:pPr>
        <w:spacing w:before="240"/>
        <w:jc w:val="center"/>
      </w:pPr>
      <w:r>
        <w:rPr>
          <w:i/>
          <w:color w:val="9A5B1B"/>
        </w:rPr>
        <w:t>Important: modelele sunt puncte de pornire. Personalizează textul și nu inventa experiență, calificări sau rezultate.</w:t>
      </w:r>
    </w:p>
    <w:p>
      <w:r>
        <w:br w:type="page"/>
      </w:r>
    </w:p>
    <w:p>
      <w:pPr>
        <w:pStyle w:val="Heading1"/>
      </w:pPr>
      <w:r>
        <w:t>Început de carieră și tranziție</w:t>
      </w:r>
    </w:p>
    <w:p>
      <w:r>
        <w:rPr>
          <w:i/>
          <w:color w:val="5F6C76"/>
        </w:rPr>
        <w:t>Înlocuiește elementele dintre paranteze și păstrează formulările care te reprezintă.</w:t>
      </w:r>
    </w:p>
    <w:p>
      <w:pPr>
        <w:pStyle w:val="Heading2"/>
      </w:pPr>
      <w:r>
        <w:t>1. Elev sau student fără experiență</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Sunt o persoană serioasă, punctuală și dornică să învăț. Mă adaptez ușor, comunic clar și îmi place să lucrez organizat. În proiectele școlare și activitățile de voluntariat mi-am dezvoltat spiritul de echipă și capacitatea de a respecta termene. Îmi doresc un rol în care să pot învăța rapid și să contribui prin implicare și responsabilitate.</w:t>
            </w:r>
          </w:p>
        </w:tc>
      </w:tr>
    </w:tbl>
    <w:p>
      <w:pPr>
        <w:spacing w:after="80"/>
      </w:pPr>
      <w:r>
        <w:rPr>
          <w:b/>
          <w:color w:val="0A7B83"/>
        </w:rPr>
        <w:t xml:space="preserve">Personalizează: </w:t>
      </w:r>
      <w:r>
        <w:t>adaugă rolul vizat, 2 competențe relevante și un rezultat verificabil.</w:t>
      </w:r>
    </w:p>
    <w:p>
      <w:pPr>
        <w:pStyle w:val="Heading2"/>
      </w:pPr>
      <w:r>
        <w:t>2. Absolvent la început de carieră</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Absolvent(ă) de [specializare], cu cunoștințe solide de [competență 1] și [competență 2], dobândite prin cursuri, proiecte și practică. Sunt atent(ă) la detalii, orientat(ă) spre soluții și motivat(ă) să transform cunoștințele teoretice în rezultate concrete. Caut o echipă în care pot evolua și aduce valoare încă din primele luni.</w:t>
            </w:r>
          </w:p>
        </w:tc>
      </w:tr>
    </w:tbl>
    <w:p>
      <w:pPr>
        <w:spacing w:after="80"/>
      </w:pPr>
      <w:r>
        <w:rPr>
          <w:b/>
          <w:color w:val="0A7B83"/>
        </w:rPr>
        <w:t xml:space="preserve">Personalizează: </w:t>
      </w:r>
      <w:r>
        <w:t>adaugă rolul vizat, 2 competențe relevante și un rezultat verificabil.</w:t>
      </w:r>
    </w:p>
    <w:p>
      <w:pPr>
        <w:pStyle w:val="Heading2"/>
      </w:pPr>
      <w:r>
        <w:t>3. Schimbare de carieră</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Profesionist(ă) cu experiență în [domeniul anterior], aflat(ă) în tranziție către [domeniul vizat]. Aduc competențe transferabile în organizare, comunicare și rezolvarea problemelor, completate de pregătire recentă în [curs/certificare]. Învăț repede, mă adaptez ușor și sunt pregătit(ă) să aplic această experiență într-un rol nou.</w:t>
            </w:r>
          </w:p>
        </w:tc>
      </w:tr>
    </w:tbl>
    <w:p>
      <w:pPr>
        <w:spacing w:after="80"/>
      </w:pPr>
      <w:r>
        <w:rPr>
          <w:b/>
          <w:color w:val="0A7B83"/>
        </w:rPr>
        <w:t xml:space="preserve">Personalizează: </w:t>
      </w:r>
      <w:r>
        <w:t>adaugă rolul vizat, 2 competențe relevante și un rezultat verificabil.</w:t>
      </w:r>
    </w:p>
    <w:p>
      <w:pPr>
        <w:pStyle w:val="Heading2"/>
      </w:pPr>
      <w:r>
        <w:t>4. Profil profesional general</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Profesionist(ă) responsabil(ă), cu [X] ani de experiență în [domeniu]. Mă remarc prin organizare, respectarea termenelor și colaborare eficientă cu echipe diverse. Am contribuit la [rezultat relevant], iar în următorul rol îmi propun să folosesc experiența acumulată pentru a îmbunătăți procesele și rezultatele organizației.</w:t>
            </w:r>
          </w:p>
        </w:tc>
      </w:tr>
    </w:tbl>
    <w:p>
      <w:pPr>
        <w:spacing w:after="80"/>
      </w:pPr>
      <w:r>
        <w:rPr>
          <w:b/>
          <w:color w:val="0A7B83"/>
        </w:rPr>
        <w:t xml:space="preserve">Personalizează: </w:t>
      </w:r>
      <w:r>
        <w:t>adaugă rolul vizat, 2 competențe relevante și un rezultat verificabil.</w:t>
      </w:r>
    </w:p>
    <w:p>
      <w:r>
        <w:br w:type="page"/>
      </w:r>
    </w:p>
    <w:p>
      <w:pPr>
        <w:pStyle w:val="Heading1"/>
      </w:pPr>
      <w:r>
        <w:t>Experiență, coordonare și business</w:t>
      </w:r>
    </w:p>
    <w:p>
      <w:r>
        <w:rPr>
          <w:i/>
          <w:color w:val="5F6C76"/>
        </w:rPr>
        <w:t>Înlocuiește elementele dintre paranteze și păstrează formulările care te reprezintă.</w:t>
      </w:r>
    </w:p>
    <w:p>
      <w:pPr>
        <w:pStyle w:val="Heading2"/>
      </w:pPr>
      <w:r>
        <w:t>5. Manager / coordonator de echipă</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Manager cu [X] ani de experiență în coordonarea echipelor de până la [număr] persoane și livrarea obiectivelor operaționale. Am îmbunătățit [indicator] cu [procent/valoare] prin prioritizare, feedback constant și optimizarea proceselor. Conduc prin obiective clare, responsabilitate și dezvoltarea oamenilor.</w:t>
            </w:r>
          </w:p>
        </w:tc>
      </w:tr>
    </w:tbl>
    <w:p>
      <w:pPr>
        <w:spacing w:after="80"/>
      </w:pPr>
      <w:r>
        <w:rPr>
          <w:b/>
          <w:color w:val="0A7B83"/>
        </w:rPr>
        <w:t xml:space="preserve">Personalizează: </w:t>
      </w:r>
      <w:r>
        <w:t>adaugă rolul vizat, 2 competențe relevante și un rezultat verificabil.</w:t>
      </w:r>
    </w:p>
    <w:p>
      <w:pPr>
        <w:pStyle w:val="Heading2"/>
      </w:pPr>
      <w:r>
        <w:t>6. Vânzări</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Specialist(ă) în vânzări orientat(ă) spre rezultate, cu experiență în prospectare, negociere și dezvoltarea relațiilor cu clienții. Am depășit obiectivul de vânzări cu [X]% și am menținut un portofoliu de [număr] clienți activi. Îmbin ascultarea atentă cu o abordare consultativă pentru a transforma nevoile clienților în soluții potrivite.</w:t>
            </w:r>
          </w:p>
        </w:tc>
      </w:tr>
    </w:tbl>
    <w:p>
      <w:pPr>
        <w:spacing w:after="80"/>
      </w:pPr>
      <w:r>
        <w:rPr>
          <w:b/>
          <w:color w:val="0A7B83"/>
        </w:rPr>
        <w:t xml:space="preserve">Personalizează: </w:t>
      </w:r>
      <w:r>
        <w:t>adaugă rolul vizat, 2 competențe relevante și un rezultat verificabil.</w:t>
      </w:r>
    </w:p>
    <w:p>
      <w:pPr>
        <w:pStyle w:val="Heading2"/>
      </w:pPr>
      <w:r>
        <w:t>7. Marketing</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Specialist(ă) marketing cu experiență în campanii digitale, conținut și analizarea performanței. Am contribuit la creșterea [traficului/leadurilor/conversiilor] cu [X]% prin testare, segmentare și optimizare continuă. Lucrez bine între creativitate și date și transform obiectivele de business în mesaje clare.</w:t>
            </w:r>
          </w:p>
        </w:tc>
      </w:tr>
    </w:tbl>
    <w:p>
      <w:pPr>
        <w:spacing w:after="80"/>
      </w:pPr>
      <w:r>
        <w:rPr>
          <w:b/>
          <w:color w:val="0A7B83"/>
        </w:rPr>
        <w:t xml:space="preserve">Personalizează: </w:t>
      </w:r>
      <w:r>
        <w:t>adaugă rolul vizat, 2 competențe relevante și un rezultat verificabil.</w:t>
      </w:r>
    </w:p>
    <w:p>
      <w:pPr>
        <w:pStyle w:val="Heading2"/>
      </w:pPr>
      <w:r>
        <w:t>8. IT / software</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Dezvoltator software cu experiență în [tehnologii], concentrat(ă) pe cod clar, aplicații stabile și colaborare eficientă. Am livrat [tip de proiect] utilizat de [număr] utilizatori și am redus [timpul de răspuns/erorile] cu [X]%. Îmi place să înțeleg problema înainte de a alege soluția tehnică și să îmbunătățesc constant produsul.</w:t>
            </w:r>
          </w:p>
        </w:tc>
      </w:tr>
    </w:tbl>
    <w:p>
      <w:pPr>
        <w:spacing w:after="80"/>
      </w:pPr>
      <w:r>
        <w:rPr>
          <w:b/>
          <w:color w:val="0A7B83"/>
        </w:rPr>
        <w:t xml:space="preserve">Personalizează: </w:t>
      </w:r>
      <w:r>
        <w:t>adaugă rolul vizat, 2 competențe relevante și un rezultat verificabil.</w:t>
      </w:r>
    </w:p>
    <w:p>
      <w:pPr>
        <w:pStyle w:val="Heading2"/>
      </w:pPr>
      <w:r>
        <w:t>9. Contabilitate / financiar</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Specialist(ă) financiar-contabil(ă) cu [X] ani de experiență în înregistrări contabile, reconciliere și raportare. Sunt riguros/oasă, atent(ă) la termene și obișnuit(ă) să lucrez cu volume mari de date confidențiale. Am contribuit la reducerea erorilor și la închiderea mai rapidă a perioadelor de raportare.</w:t>
            </w:r>
          </w:p>
        </w:tc>
      </w:tr>
    </w:tbl>
    <w:p>
      <w:pPr>
        <w:spacing w:after="80"/>
      </w:pPr>
      <w:r>
        <w:rPr>
          <w:b/>
          <w:color w:val="0A7B83"/>
        </w:rPr>
        <w:t xml:space="preserve">Personalizează: </w:t>
      </w:r>
      <w:r>
        <w:t>adaugă rolul vizat, 2 competențe relevante și un rezultat verificabil.</w:t>
      </w:r>
    </w:p>
    <w:p>
      <w:pPr>
        <w:pStyle w:val="Heading2"/>
      </w:pPr>
      <w:r>
        <w:t>10. Resurse umane</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Specialist(ă) HR cu experiență în recrutare, administrare de personal și relația cu angajații. Am gestionat procese pentru [număr] angajați și am îmbunătățit [timpul de recrutare/integrarea/retenția] prin proceduri clare și comunicare constantă. Pun accent pe corectitudine, confidențialitate și experiența candidatului.</w:t>
            </w:r>
          </w:p>
        </w:tc>
      </w:tr>
    </w:tbl>
    <w:p>
      <w:pPr>
        <w:spacing w:after="80"/>
      </w:pPr>
      <w:r>
        <w:rPr>
          <w:b/>
          <w:color w:val="0A7B83"/>
        </w:rPr>
        <w:t xml:space="preserve">Personalizează: </w:t>
      </w:r>
      <w:r>
        <w:t>adaugă rolul vizat, 2 competențe relevante și un rezultat verificabil.</w:t>
      </w:r>
    </w:p>
    <w:p>
      <w:r>
        <w:br w:type="page"/>
      </w:r>
    </w:p>
    <w:p>
      <w:pPr>
        <w:pStyle w:val="Heading1"/>
      </w:pPr>
      <w:r>
        <w:t>Suport, servicii și sector public</w:t>
      </w:r>
    </w:p>
    <w:p>
      <w:r>
        <w:rPr>
          <w:i/>
          <w:color w:val="5F6C76"/>
        </w:rPr>
        <w:t>Înlocuiește elementele dintre paranteze și păstrează formulările care te reprezintă.</w:t>
      </w:r>
    </w:p>
    <w:p>
      <w:pPr>
        <w:pStyle w:val="Heading2"/>
      </w:pPr>
      <w:r>
        <w:t>11. Administrativ / secretariat</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Persoană organizată și atentă la detalii, cu experiență în gestionarea documentelor, programărilor și comunicării administrative. Prioritizez eficient, respect termenele și păstrez informațiile ușor de urmărit. Am susținut activitatea unei echipe de [număr] persoane și am simplificat [proces administrativ].</w:t>
            </w:r>
          </w:p>
        </w:tc>
      </w:tr>
    </w:tbl>
    <w:p>
      <w:pPr>
        <w:spacing w:after="80"/>
      </w:pPr>
      <w:r>
        <w:rPr>
          <w:b/>
          <w:color w:val="0A7B83"/>
        </w:rPr>
        <w:t xml:space="preserve">Personalizează: </w:t>
      </w:r>
      <w:r>
        <w:t>adaugă rolul vizat, 2 competențe relevante și un rezultat verificabil.</w:t>
      </w:r>
    </w:p>
    <w:p>
      <w:pPr>
        <w:pStyle w:val="Heading2"/>
      </w:pPr>
      <w:r>
        <w:t>12. Relații cu clienții</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Specialist(ă) în relații cu clienții, calm(ă), empatic(ă) și orientat(ă) spre rezolvare. Am gestionat solicitări prin [telefon/e-mail/chat], menținând un nivel de satisfacție de [X]%. Explic clar, urmăresc fiecare caz până la închidere și folosesc feedbackul clienților pentru a preveni problemele recurente.</w:t>
            </w:r>
          </w:p>
        </w:tc>
      </w:tr>
    </w:tbl>
    <w:p>
      <w:pPr>
        <w:spacing w:after="80"/>
      </w:pPr>
      <w:r>
        <w:rPr>
          <w:b/>
          <w:color w:val="0A7B83"/>
        </w:rPr>
        <w:t xml:space="preserve">Personalizează: </w:t>
      </w:r>
      <w:r>
        <w:t>adaugă rolul vizat, 2 competențe relevante și un rezultat verificabil.</w:t>
      </w:r>
    </w:p>
    <w:p>
      <w:pPr>
        <w:pStyle w:val="Heading2"/>
      </w:pPr>
      <w:r>
        <w:t>13. Medical / asistență</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Profesionist(ă) în domeniul medical, cu experiență în îngrijirea pacienților, respectarea protocoalelor și colaborarea multidisciplinară. Lucrez cu empatie, atenție și responsabilitate, inclusiv în situații solicitante. Pun siguranța pacientului și comunicarea clară în centrul fiecărei intervenții.</w:t>
            </w:r>
          </w:p>
        </w:tc>
      </w:tr>
    </w:tbl>
    <w:p>
      <w:pPr>
        <w:spacing w:after="80"/>
      </w:pPr>
      <w:r>
        <w:rPr>
          <w:b/>
          <w:color w:val="0A7B83"/>
        </w:rPr>
        <w:t xml:space="preserve">Personalizează: </w:t>
      </w:r>
      <w:r>
        <w:t>adaugă rolul vizat, 2 competențe relevante și un rezultat verificabil.</w:t>
      </w:r>
    </w:p>
    <w:p>
      <w:pPr>
        <w:pStyle w:val="Heading2"/>
      </w:pPr>
      <w:r>
        <w:t>14. Educație</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Cadru didactic dedicat, cu experiență în planificarea lecțiilor și adaptarea metodelor la nevoile elevilor. Am susținut progresul unei clase de [număr] elevi prin activități interactive, evaluare constantă și colaborare cu familiile. Creez un mediu sigur, structurat și motivant pentru învățare.</w:t>
            </w:r>
          </w:p>
        </w:tc>
      </w:tr>
    </w:tbl>
    <w:p>
      <w:pPr>
        <w:spacing w:after="80"/>
      </w:pPr>
      <w:r>
        <w:rPr>
          <w:b/>
          <w:color w:val="0A7B83"/>
        </w:rPr>
        <w:t xml:space="preserve">Personalizează: </w:t>
      </w:r>
      <w:r>
        <w:t>adaugă rolul vizat, 2 competențe relevante și un rezultat verificabil.</w:t>
      </w:r>
    </w:p>
    <w:p>
      <w:pPr>
        <w:pStyle w:val="Heading2"/>
      </w:pPr>
      <w:r>
        <w:t>15. Logistică / depozit</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Lucrător în logistică atent la siguranță, acuratețea stocurilor și respectarea termenelor. Am experiență în recepție, pregătirea comenzilor și inventariere, folosind [sistem/echipament]. Mențin ritmul de lucru fără a compromite calitatea și contribui activ la buna organizare a spațiului.</w:t>
            </w:r>
          </w:p>
        </w:tc>
      </w:tr>
    </w:tbl>
    <w:p>
      <w:pPr>
        <w:spacing w:after="80"/>
      </w:pPr>
      <w:r>
        <w:rPr>
          <w:b/>
          <w:color w:val="0A7B83"/>
        </w:rPr>
        <w:t xml:space="preserve">Personalizează: </w:t>
      </w:r>
      <w:r>
        <w:t>adaugă rolul vizat, 2 competențe relevante și un rezultat verificabil.</w:t>
      </w:r>
    </w:p>
    <w:p>
      <w:r>
        <w:br w:type="page"/>
      </w:r>
    </w:p>
    <w:p>
      <w:pPr>
        <w:pStyle w:val="Heading1"/>
      </w:pPr>
      <w:r>
        <w:t>Operațional, tehnic și creativ</w:t>
      </w:r>
    </w:p>
    <w:p>
      <w:r>
        <w:rPr>
          <w:i/>
          <w:color w:val="5F6C76"/>
        </w:rPr>
        <w:t>Înlocuiește elementele dintre paranteze și păstrează formulările care te reprezintă.</w:t>
      </w:r>
    </w:p>
    <w:p>
      <w:pPr>
        <w:pStyle w:val="Heading2"/>
      </w:pPr>
      <w:r>
        <w:t>16. Șofer profesionist</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Șofer profesionist cu [X] ani de experiență, permis categoria [categorie] și un istoric bun de siguranță. Respect traseele, timpii de livrare și documentele de transport, păstrând vehiculul în stare corespunzătoare. Sunt punctual, prudent și comunic rapid orice situație apărută pe traseu.</w:t>
            </w:r>
          </w:p>
        </w:tc>
      </w:tr>
    </w:tbl>
    <w:p>
      <w:pPr>
        <w:spacing w:after="80"/>
      </w:pPr>
      <w:r>
        <w:rPr>
          <w:b/>
          <w:color w:val="0A7B83"/>
        </w:rPr>
        <w:t xml:space="preserve">Personalizează: </w:t>
      </w:r>
      <w:r>
        <w:t>adaugă rolul vizat, 2 competențe relevante și un rezultat verificabil.</w:t>
      </w:r>
    </w:p>
    <w:p>
      <w:pPr>
        <w:pStyle w:val="Heading2"/>
      </w:pPr>
      <w:r>
        <w:t>17. HoReCa / ospitalitate</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Profesionist(ă) în ospitalitate, energic(ă) și atent(ă) la experiența oaspeților. Lucrez bine în perioade aglomerate, respect standardele de igienă și colaborez eficient cu echipa. Am contribuit la [rezultat: recenzii mai bune, servire mai rapidă, vânzări suplimentare] prin servicii prompte și amabile.</w:t>
            </w:r>
          </w:p>
        </w:tc>
      </w:tr>
    </w:tbl>
    <w:p>
      <w:pPr>
        <w:spacing w:after="80"/>
      </w:pPr>
      <w:r>
        <w:rPr>
          <w:b/>
          <w:color w:val="0A7B83"/>
        </w:rPr>
        <w:t xml:space="preserve">Personalizează: </w:t>
      </w:r>
      <w:r>
        <w:t>adaugă rolul vizat, 2 competențe relevante și un rezultat verificabil.</w:t>
      </w:r>
    </w:p>
    <w:p>
      <w:pPr>
        <w:pStyle w:val="Heading2"/>
      </w:pPr>
      <w:r>
        <w:t>18. Construcții / domeniu tehnic</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Tehnician(ă) cu experiență practică în [specializare], interpretarea documentației și utilizarea în siguranță a echipamentelor. Respect procedurile, verific calitatea lucrării și semnalez din timp riscurile. Am participat la proiecte de [tip], finalizate conform cerințelor și termenelor stabilite.</w:t>
            </w:r>
          </w:p>
        </w:tc>
      </w:tr>
    </w:tbl>
    <w:p>
      <w:pPr>
        <w:spacing w:after="80"/>
      </w:pPr>
      <w:r>
        <w:rPr>
          <w:b/>
          <w:color w:val="0A7B83"/>
        </w:rPr>
        <w:t xml:space="preserve">Personalizează: </w:t>
      </w:r>
      <w:r>
        <w:t>adaugă rolul vizat, 2 competențe relevante și un rezultat verificabil.</w:t>
      </w:r>
    </w:p>
    <w:p>
      <w:pPr>
        <w:pStyle w:val="Heading2"/>
      </w:pPr>
      <w:r>
        <w:t>19. Freelancer / profil creativ</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Profesionist(ă) creativ(ă) specializat(ă) în [design/redactare/foto-video], cu proiecte realizate pentru clienți din [industrii]. Transform briefuri în livrabile clare, respect termenele și integrez feedbackul fără a pierde coerența conceptului. Portofoliul meu include [tip de rezultat/proiect relevant].</w:t>
            </w:r>
          </w:p>
        </w:tc>
      </w:tr>
    </w:tbl>
    <w:p>
      <w:pPr>
        <w:spacing w:after="80"/>
      </w:pPr>
      <w:r>
        <w:rPr>
          <w:b/>
          <w:color w:val="0A7B83"/>
        </w:rPr>
        <w:t xml:space="preserve">Personalizează: </w:t>
      </w:r>
      <w:r>
        <w:t>adaugă rolul vizat, 2 competențe relevante și un rezultat verificabil.</w:t>
      </w:r>
    </w:p>
    <w:p>
      <w:pPr>
        <w:pStyle w:val="Heading2"/>
      </w:pPr>
      <w:r>
        <w:t>20. Variantă scurtă, orientată spre rezultate</w:t>
      </w:r>
    </w:p>
    <w:tbl>
      <w:tblPr>
        <w:tblW w:type="auto" w:w="0"/>
        <w:tblLayout w:type="fixed"/>
        <w:tblLook w:firstColumn="1" w:firstRow="1" w:lastColumn="0" w:lastRow="0" w:noHBand="0" w:noVBand="1" w:val="04A0"/>
      </w:tblPr>
      <w:tblGrid>
        <w:gridCol w:w="9354"/>
      </w:tblGrid>
      <w:tr>
        <w:tc>
          <w:tcPr>
            <w:tcW w:type="dxa" w:w="9866"/>
            <w:shd w:fill="F4F7F8"/>
            <w:vAlign w:val="center"/>
          </w:tcPr>
          <w:p>
            <w:pPr>
              <w:spacing w:after="40"/>
            </w:pPr>
            <w:r>
              <w:t>Profesionist(ă) cu [X] ani de experiență în [domeniu], specializat(ă) în [competențe-cheie]. Am obținut [rezultat măsurabil] prin [acțiune concretă]. Sunt organizat(ă), orientat(ă) spre soluții și pregătit(ă) să contribui la obiectivele echipei din prima zi.</w:t>
            </w:r>
          </w:p>
        </w:tc>
      </w:tr>
    </w:tbl>
    <w:p>
      <w:pPr>
        <w:spacing w:after="80"/>
      </w:pPr>
      <w:r>
        <w:rPr>
          <w:b/>
          <w:color w:val="0A7B83"/>
        </w:rPr>
        <w:t xml:space="preserve">Personalizează: </w:t>
      </w:r>
      <w:r>
        <w:t>adaugă rolul vizat, 2 competențe relevante și un rezultat verificabil.</w:t>
      </w:r>
    </w:p>
    <w:p>
      <w:r>
        <w:br w:type="page"/>
      </w:r>
    </w:p>
    <w:p>
      <w:pPr>
        <w:pStyle w:val="Heading1"/>
      </w:pPr>
      <w:r>
        <w:t>Verificare rapidă înainte de trimitere</w:t>
      </w:r>
    </w:p>
    <w:p>
      <w:r>
        <w:t>☐  Textul este adaptat postului, nu copiat identic în toate candidaturile.</w:t>
      </w:r>
    </w:p>
    <w:p>
      <w:r>
        <w:t>☐  Primele cuvinte arată clar nivelul și domeniul profesional.</w:t>
      </w:r>
    </w:p>
    <w:p>
      <w:r>
        <w:t>☐  Ai inclus un rezultat concret sau o contribuție relevantă.</w:t>
      </w:r>
    </w:p>
    <w:p>
      <w:r>
        <w:t>☐  Nu ai folosit clișee fără dovezi, precum „perfecționist” sau „cel mai bun”.</w:t>
      </w:r>
    </w:p>
    <w:p>
      <w:r>
        <w:t>☐  Profilul nu repetă integral experiența din restul CV-ului.</w:t>
      </w:r>
    </w:p>
    <w:p>
      <w:r>
        <w:t>☐  Ortografia, diacriticele și datele de contact au fost verificate.</w:t>
      </w:r>
    </w:p>
    <w:p>
      <w:pPr>
        <w:pStyle w:val="Heading2"/>
      </w:pPr>
      <w:r>
        <w:t>Formula simplă</w:t>
      </w:r>
    </w:p>
    <w:tbl>
      <w:tblPr>
        <w:tblW w:type="auto" w:w="0"/>
        <w:tblLook w:firstColumn="1" w:firstRow="1" w:lastColumn="0" w:lastRow="0" w:noHBand="0" w:noVBand="1" w:val="04A0"/>
      </w:tblPr>
      <w:tblGrid>
        <w:gridCol w:w="9866"/>
      </w:tblGrid>
      <w:tr>
        <w:tc>
          <w:tcPr>
            <w:tcW w:type="dxa" w:w="9866"/>
            <w:shd w:fill="17324D"/>
          </w:tcPr>
          <w:p>
            <w:pPr>
              <w:jc w:val="center"/>
            </w:pPr>
            <w:r>
              <w:rPr>
                <w:b/>
                <w:color w:val="FFFFFF"/>
                <w:sz w:val="22"/>
              </w:rPr>
              <w:t>[Rol + experiență] + [2–3 competențe] + [rezultat] + [valoarea pentru angajator]</w:t>
            </w:r>
          </w:p>
        </w:tc>
      </w:tr>
    </w:tbl>
    <w:p>
      <w:r>
        <w:t>Material informativ oferit de Editabil.ro. Verifică și adaptează fiecare formulare la situația ta reală.</w:t>
      </w:r>
    </w:p>
    <w:sectPr w:rsidR="00FC693F" w:rsidRPr="0006063C" w:rsidSect="00034616">
      <w:footerReference w:type="default" r:id="rId9"/>
      <w:pgSz w:w="11906" w:h="16838"/>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Editabil.ro  •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2A323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A7B8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24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 de modele de descriere personală pentru CV</dc:title>
  <dc:subject>Exemple despre mine în CV, ediția 2026</dc:subject>
  <dc:creator>Editabil.ro</dc:creator>
  <cp:keywords>descriere personală CV, despre mine CV, exemple CV</cp:keywords>
  <dc:description>generated by python-docx</dc:description>
  <cp:lastModifiedBy/>
  <cp:revision>1</cp:revision>
  <dcterms:created xsi:type="dcterms:W3CDTF">2013-12-23T23:15:00Z</dcterms:created>
  <dcterms:modified xsi:type="dcterms:W3CDTF">2013-12-23T23:15:00Z</dcterms:modified>
  <cp:category/>
</cp:coreProperties>
</file>