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Calibri" w:hAnsi="Calibri"/>
          <w:b/>
          <w:color w:val="1F4D78"/>
          <w:sz w:val="34"/>
        </w:rPr>
        <w:t>CERERE DE CONCEDIU PATERNAL</w:t>
      </w:r>
    </w:p>
    <w:p>
      <w:pPr>
        <w:spacing w:after="280"/>
        <w:jc w:val="center"/>
      </w:pPr>
      <w:r>
        <w:rPr>
          <w:rFonts w:ascii="Calibri" w:hAnsi="Calibri"/>
          <w:b w:val="0"/>
          <w:color w:val="475569"/>
          <w:sz w:val="20"/>
        </w:rPr>
        <w:t>conform Legii nr. 210/1999 privind concediul paternal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1900"/>
            <w:vAlign w:val="center"/>
            <w:shd w:fill="E8EEF5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Către</w:t>
            </w:r>
          </w:p>
        </w:tc>
        <w:tc>
          <w:tcPr>
            <w:tcW w:type="dxa" w:w="7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Conducerea / Departamentul Resurse Umane</w:t>
            </w:r>
          </w:p>
        </w:tc>
      </w:tr>
      <w:tr>
        <w:tc>
          <w:tcPr>
            <w:tcW w:type="dxa" w:w="1900"/>
            <w:vAlign w:val="center"/>
            <w:shd w:fill="E8EEF5"/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Angajator</w:t>
            </w:r>
          </w:p>
        </w:tc>
        <w:tc>
          <w:tcPr>
            <w:tcW w:type="dxa" w:w="7460"/>
            <w:vAlign w:val="center"/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........................................................................</w:t>
            </w:r>
          </w:p>
        </w:tc>
      </w:tr>
    </w:tbl>
    <w:p>
      <w:pPr>
        <w:spacing w:after="0"/>
      </w:pP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Subsemnatul </w:t>
      </w:r>
      <w:r>
        <w:rPr>
          <w:rFonts w:ascii="Calibri" w:hAnsi="Calibri"/>
          <w:b w:val="0"/>
          <w:color w:val="000000"/>
          <w:sz w:val="22"/>
        </w:rPr>
        <w:t>................................................................................................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CNP </w:t>
      </w:r>
      <w:r>
        <w:rPr>
          <w:rFonts w:ascii="Calibri" w:hAnsi="Calibri"/>
          <w:b w:val="0"/>
          <w:color w:val="000000"/>
          <w:sz w:val="22"/>
        </w:rPr>
        <w:t>....................................................,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având funcția de </w:t>
      </w:r>
      <w:r>
        <w:rPr>
          <w:rFonts w:ascii="Calibri" w:hAnsi="Calibri"/>
          <w:b w:val="0"/>
          <w:color w:val="000000"/>
          <w:sz w:val="22"/>
        </w:rPr>
        <w:t>............................................................, în cadrul departamentului ............................................................,</w:t>
      </w:r>
    </w:p>
    <w:p>
      <w:pPr>
        <w:spacing w:before="100" w:after="140"/>
      </w:pPr>
      <w:r>
        <w:rPr>
          <w:rFonts w:ascii="Calibri" w:hAnsi="Calibri"/>
          <w:b/>
          <w:color w:val="000000"/>
          <w:sz w:val="22"/>
        </w:rPr>
        <w:t>vă solicit acordarea concediului paternal pentru nașterea copilului meu: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Numele și prenumele copilului </w:t>
      </w:r>
      <w:r>
        <w:rPr>
          <w:rFonts w:ascii="Calibri" w:hAnsi="Calibri"/>
          <w:b w:val="0"/>
          <w:color w:val="000000"/>
          <w:sz w:val="22"/>
        </w:rPr>
        <w:t>................................................................................................</w:t>
      </w:r>
    </w:p>
    <w:p>
      <w:pPr>
        <w:spacing w:after="80"/>
      </w:pPr>
      <w:r>
        <w:rPr>
          <w:rFonts w:ascii="Calibri" w:hAnsi="Calibri"/>
          <w:b/>
          <w:color w:val="000000"/>
          <w:sz w:val="22"/>
        </w:rPr>
        <w:t xml:space="preserve">Data nașterii </w:t>
      </w:r>
      <w:r>
        <w:rPr>
          <w:rFonts w:ascii="Calibri" w:hAnsi="Calibri"/>
          <w:b w:val="0"/>
          <w:color w:val="000000"/>
          <w:sz w:val="22"/>
        </w:rPr>
        <w:t>.................................................... .</w:t>
      </w:r>
    </w:p>
    <w:p>
      <w:pPr>
        <w:spacing w:before="100" w:after="80"/>
      </w:pPr>
      <w:r>
        <w:rPr>
          <w:rFonts w:ascii="Calibri" w:hAnsi="Calibri"/>
          <w:b/>
          <w:color w:val="1F4D78"/>
          <w:sz w:val="22"/>
        </w:rPr>
        <w:t>Perioada solicitată (bifați varianta aplicabilă):</w:t>
      </w:r>
    </w:p>
    <w:p>
      <w:pPr>
        <w:spacing w:after="100"/>
        <w:ind w:left="259" w:hanging="259"/>
      </w:pPr>
      <w:r>
        <w:rPr>
          <w:rFonts w:ascii="Calibri" w:hAnsi="Calibri"/>
          <w:b w:val="0"/>
          <w:color w:val="000000"/>
          <w:sz w:val="22"/>
        </w:rPr>
        <w:t>[ ] 10 zile lucrătoare, în perioada ........................................ - ........................................</w:t>
      </w:r>
    </w:p>
    <w:p>
      <w:pPr>
        <w:spacing w:after="100"/>
        <w:ind w:left="259" w:hanging="259"/>
      </w:pPr>
      <w:r>
        <w:rPr>
          <w:rFonts w:ascii="Calibri" w:hAnsi="Calibri"/>
          <w:b w:val="0"/>
          <w:color w:val="000000"/>
          <w:sz w:val="22"/>
        </w:rPr>
        <w:t>[ ] 15 zile lucrătoare (10 zile + 5 zile pentru absolvirea cursului de puericultură),</w:t>
        <w:br/>
        <w:t xml:space="preserve">     în perioada ........................................ - ........................................</w:t>
      </w:r>
    </w:p>
    <w:p>
      <w:pPr>
        <w:spacing w:before="80" w:after="100"/>
      </w:pPr>
      <w:r>
        <w:rPr>
          <w:rFonts w:ascii="Calibri" w:hAnsi="Calibri"/>
          <w:b/>
          <w:color w:val="1F4D78"/>
          <w:sz w:val="22"/>
        </w:rPr>
        <w:t>Anexez prezentei cereri:</w:t>
      </w:r>
    </w:p>
    <w:p>
      <w:pPr>
        <w:spacing w:after="80"/>
        <w:ind w:left="259" w:hanging="259"/>
      </w:pPr>
      <w:r>
        <w:rPr>
          <w:rFonts w:ascii="Calibri" w:hAnsi="Calibri"/>
          <w:b w:val="0"/>
          <w:color w:val="000000"/>
          <w:sz w:val="21"/>
        </w:rPr>
        <w:t>[ ] copia certificatului de naștere al copilului, din care rezultă calitatea de tată;</w:t>
      </w:r>
    </w:p>
    <w:p>
      <w:pPr>
        <w:spacing w:after="80"/>
        <w:ind w:left="259" w:hanging="259"/>
      </w:pPr>
      <w:r>
        <w:rPr>
          <w:rFonts w:ascii="Calibri" w:hAnsi="Calibri"/>
          <w:b w:val="0"/>
          <w:color w:val="000000"/>
          <w:sz w:val="21"/>
        </w:rPr>
        <w:t>[ ] atestatul/certificatul de absolvire a cursului de puericultură (pentru cele 5 zile suplimentare).</w:t>
      </w:r>
    </w:p>
    <w:p>
      <w:pPr>
        <w:spacing w:before="160" w:after="200"/>
      </w:pPr>
      <w:r>
        <w:rPr>
          <w:rFonts w:ascii="Calibri" w:hAnsi="Calibri"/>
          <w:b w:val="0"/>
          <w:color w:val="000000"/>
          <w:sz w:val="21"/>
        </w:rPr>
        <w:t>Vă rog să dispuneți măsurile necesare pentru înregistrarea cererii și plata indemnizației aferente concediului paternal.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9"/>
        <w:gridCol w:w="4939"/>
      </w:tblGrid>
      <w:tr>
        <w:tc>
          <w:tcPr>
            <w:tcW w:type="dxa" w:w="4680"/>
          </w:tcPr>
          <w:p>
            <w:pPr>
              <w:jc w:val="center"/>
            </w:pPr>
            <w:r>
              <w:rPr>
                <w:rFonts w:ascii="Calibri" w:hAnsi="Calibri"/>
                <w:b/>
                <w:color w:val="000000"/>
                <w:sz w:val="22"/>
              </w:rPr>
              <w:t>Data</w:t>
            </w:r>
          </w:p>
        </w:tc>
        <w:tc>
          <w:tcPr>
            <w:tcW w:type="dxa" w:w="4680"/>
          </w:tcPr>
          <w:p>
            <w:pPr>
              <w:jc w:val="center"/>
            </w:pPr>
            <w:r>
              <w:rPr>
                <w:rFonts w:ascii="Calibri" w:hAnsi="Calibri"/>
                <w:b/>
                <w:color w:val="000000"/>
                <w:sz w:val="22"/>
              </w:rPr>
              <w:t>Semnătura</w:t>
            </w:r>
          </w:p>
        </w:tc>
      </w:tr>
      <w:tr>
        <w:tc>
          <w:tcPr>
            <w:tcW w:type="dxa" w:w="4680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................................................</w:t>
            </w:r>
          </w:p>
        </w:tc>
        <w:tc>
          <w:tcPr>
            <w:tcW w:type="dxa" w:w="4680"/>
          </w:tcPr>
          <w:p>
            <w:pPr>
              <w:jc w:val="center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................................................</w:t>
            </w:r>
          </w:p>
        </w:tc>
      </w:tr>
    </w:tbl>
    <w:p>
      <w:pPr>
        <w:spacing w:before="220" w:after="0"/>
      </w:pPr>
      <w:r>
        <w:rPr>
          <w:rFonts w:ascii="Calibri" w:hAnsi="Calibri"/>
          <w:b/>
          <w:color w:val="475569"/>
          <w:sz w:val="17"/>
        </w:rPr>
        <w:t xml:space="preserve">Notă: </w:t>
      </w:r>
      <w:r>
        <w:rPr>
          <w:rFonts w:ascii="Calibri" w:hAnsi="Calibri"/>
          <w:b w:val="0"/>
          <w:color w:val="475569"/>
          <w:sz w:val="17"/>
        </w:rPr>
        <w:t>Cererea se depune în primele 8 săptămâni de la nașterea copilului. Concediul paternal plătit este de 10 zile lucrătoare și se majorează cu 5 zile lucrătoare dacă tatăl deține atestatul de puericultură. Adaptați modelul procedurilor interne ale angajatorului.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37" w:right="1181" w:bottom="936" w:left="1181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b w:val="0"/>
        <w:color w:val="64748B"/>
        <w:sz w:val="16"/>
      </w:rPr>
      <w:t>Model informativ • editabil.ro • Legea nr. 210/1999, cu modificările în vigoare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b/>
        <w:color w:val="64748B"/>
        <w:sz w:val="17"/>
      </w:rPr>
      <w:t>MODEL EDITABIL.RO • ACTUALIZAT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