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  <w:jc w:val="center"/>
      </w:pPr>
      <w:r>
        <w:t>Adeverință de salariat</w:t>
      </w:r>
    </w:p>
    <w:p>
      <w:pPr>
        <w:pStyle w:val="SubtitleBlack"/>
        <w:jc w:val="center"/>
      </w:pPr>
      <w:r>
        <w:t>Model general editabil pentru situații uzuale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4819"/>
        <w:gridCol w:w="4819"/>
      </w:tblGrid>
      <w:tr>
        <w:tc>
          <w:tcPr>
            <w:tcW w:type="dxa" w:w="5100"/>
            <w:shd w:fill="EAF2F8"/>
            <w:tcMar>
              <w:top w:w="100" w:type="dxa"/>
              <w:start w:w="140" w:type="dxa"/>
              <w:bottom w:w="100" w:type="dxa"/>
              <w:end w:w="140" w:type="dxa"/>
            </w:tcMar>
            <w:vAlign w:val="center"/>
          </w:tcPr>
          <w:p>
            <w:r>
              <w:rPr>
                <w:b/>
              </w:rPr>
              <w:t>Angajator</w:t>
            </w:r>
          </w:p>
        </w:tc>
        <w:tc>
          <w:tcPr>
            <w:tcW w:type="dxa" w:w="5100"/>
            <w:tcMar>
              <w:top w:w="100" w:type="dxa"/>
              <w:start w:w="140" w:type="dxa"/>
              <w:bottom w:w="100" w:type="dxa"/>
              <w:end w:w="140" w:type="dxa"/>
            </w:tcMar>
            <w:vAlign w:val="center"/>
          </w:tcPr>
          <w:p>
            <w:r>
              <w:t>[Denumirea angajatorului]</w:t>
            </w:r>
          </w:p>
        </w:tc>
      </w:tr>
      <w:tr>
        <w:tc>
          <w:tcPr>
            <w:tcW w:type="dxa" w:w="5100"/>
            <w:shd w:fill="EAF2F8"/>
            <w:tcMar>
              <w:top w:w="100" w:type="dxa"/>
              <w:start w:w="140" w:type="dxa"/>
              <w:bottom w:w="100" w:type="dxa"/>
              <w:end w:w="140" w:type="dxa"/>
            </w:tcMar>
            <w:vAlign w:val="center"/>
          </w:tcPr>
          <w:p>
            <w:r>
              <w:rPr>
                <w:b/>
              </w:rPr>
              <w:t>Nr. și data</w:t>
            </w:r>
          </w:p>
        </w:tc>
        <w:tc>
          <w:tcPr>
            <w:tcW w:type="dxa" w:w="5100"/>
            <w:tcMar>
              <w:top w:w="100" w:type="dxa"/>
              <w:start w:w="140" w:type="dxa"/>
              <w:bottom w:w="100" w:type="dxa"/>
              <w:end w:w="140" w:type="dxa"/>
            </w:tcMar>
            <w:vAlign w:val="center"/>
          </w:tcPr>
          <w:p>
            <w:r>
              <w:t>Nr. [_____] din [____/____/________]</w:t>
            </w:r>
          </w:p>
        </w:tc>
      </w:tr>
    </w:tbl>
    <w:p>
      <w:pPr>
        <w:spacing w:before="240"/>
        <w:jc w:val="both"/>
      </w:pPr>
      <w:r>
        <w:rPr>
          <w:b w:val="0"/>
        </w:rPr>
        <w:t xml:space="preserve">Prin prezenta se adeverește că </w:t>
      </w:r>
      <w:r>
        <w:rPr>
          <w:b/>
        </w:rPr>
        <w:t>[NUME ȘI PRENUME SALARIAT]</w:t>
      </w:r>
      <w:r>
        <w:t>, identificat(ă) cu CNP [____________________________], este angajat(ă) al/a [DENUMIRE ANGAJATOR], CUI [____________], cu sediul în [ADRESA COMPLETĂ].</w:t>
      </w:r>
    </w:p>
    <w:p>
      <w:pPr>
        <w:jc w:val="both"/>
      </w:pPr>
      <w:r>
        <w:t xml:space="preserve">Persoana menționată desfășoară activitate în funcția de </w:t>
      </w:r>
      <w:r>
        <w:rPr>
          <w:b/>
        </w:rPr>
        <w:t>[DENUMIREA FUNCȚIEI]</w:t>
      </w:r>
      <w:r>
        <w:t>, în baza contractului individual de muncă nr. [_____] din data de [____/____/________], încheiat pe perioadă [nedeterminată/determinată până la __________], cu normă [întreagă/parțială].</w:t>
      </w:r>
    </w:p>
    <w:p>
      <w:pPr>
        <w:jc w:val="both"/>
      </w:pPr>
      <w:r>
        <w:t>La data emiterii prezentei adeverințe, contractul individual de muncă este activ. Salariatul are o vechime în cadrul angajatorului începând cu data de [____/____/________].</w:t>
      </w:r>
    </w:p>
    <w:p>
      <w:pPr>
        <w:jc w:val="both"/>
      </w:pPr>
      <w:r>
        <w:t xml:space="preserve">Prezenta adeverință se eliberează la cererea salariatului, pentru a-i servi la </w:t>
      </w:r>
      <w:r>
        <w:rPr>
          <w:b/>
        </w:rPr>
        <w:t>[SCOPUL ELIBERĂRII / INSTITUȚIA SOLICITANTĂ]</w:t>
      </w:r>
      <w:r>
        <w:t>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9638"/>
      </w:tblGrid>
      <w:tr>
        <w:tc>
          <w:tcPr>
            <w:tcW w:type="dxa" w:w="10200"/>
            <w:shd w:fill="123B5D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r>
              <w:rPr>
                <w:b/>
                <w:color w:val="FFFFFF"/>
              </w:rPr>
              <w:t>Date opționale - se completează numai dacă sunt solicitate</w:t>
            </w:r>
          </w:p>
        </w:tc>
      </w:tr>
      <w:tr>
        <w:tc>
          <w:tcPr>
            <w:tcW w:type="dxa" w:w="10200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r>
              <w:t>Venit salarial: [________________] lei brut/net. Alte informații cerute: [________________________________________________________________].</w:t>
            </w:r>
          </w:p>
        </w:tc>
      </w:tr>
    </w:tbl>
    <w:p>
      <w:pPr>
        <w:spacing w:before="180"/>
        <w:jc w:val="both"/>
      </w:pPr>
      <w:r>
        <w:t>Documentul a fost emis pe baza datelor aflate în evidența angajatorului și este valabil pentru scopul declarat, în condițiile stabilite de instituția solicitantă.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5100"/>
            <w:tcMar>
              <w:top w:w="160" w:type="dxa"/>
              <w:start w:w="140" w:type="dxa"/>
              <w:bottom w:w="120" w:type="dxa"/>
              <w:end w:w="140" w:type="dxa"/>
            </w:tcMar>
            <w:tcBorders/>
          </w:tcPr>
          <w:p>
            <w:pPr>
              <w:jc w:val="center"/>
            </w:pPr>
            <w:r>
              <w:rPr>
                <w:b/>
              </w:rPr>
              <w:t>Reprezentant legal</w:t>
            </w:r>
          </w:p>
          <w:p>
            <w:pPr>
              <w:spacing w:after="60"/>
              <w:jc w:val="center"/>
            </w:pPr>
            <w:r>
              <w:t>Nume și funcție: [________________________]</w:t>
            </w:r>
          </w:p>
          <w:p>
            <w:pPr>
              <w:spacing w:after="60"/>
              <w:jc w:val="center"/>
            </w:pPr>
            <w:r>
              <w:t>Semnătură: [________________]</w:t>
            </w:r>
          </w:p>
        </w:tc>
        <w:tc>
          <w:tcPr>
            <w:tcW w:type="dxa" w:w="5100"/>
            <w:tcMar>
              <w:top w:w="160" w:type="dxa"/>
              <w:start w:w="140" w:type="dxa"/>
              <w:bottom w:w="120" w:type="dxa"/>
              <w:end w:w="140" w:type="dxa"/>
            </w:tcMar>
            <w:tcBorders/>
          </w:tcPr>
          <w:p>
            <w:pPr>
              <w:jc w:val="center"/>
            </w:pPr>
            <w:r>
              <w:rPr>
                <w:b/>
              </w:rPr>
              <w:t>Întocmit</w:t>
            </w:r>
          </w:p>
          <w:p>
            <w:pPr>
              <w:spacing w:after="60"/>
              <w:jc w:val="center"/>
            </w:pPr>
            <w:r>
              <w:t>Nume și funcție: [________________________]</w:t>
            </w:r>
          </w:p>
          <w:p>
            <w:pPr>
              <w:spacing w:after="60"/>
              <w:jc w:val="center"/>
            </w:pPr>
            <w:r>
              <w:t>Semnătură: [________________]</w:t>
            </w:r>
          </w:p>
        </w:tc>
      </w:tr>
    </w:tbl>
    <w:p>
      <w:pPr>
        <w:spacing w:before="160" w:after="0"/>
        <w:jc w:val="center"/>
      </w:pPr>
      <w:r>
        <w:rPr>
          <w:i/>
          <w:color w:val="5A5A5A"/>
          <w:sz w:val="17"/>
        </w:rPr>
        <w:t>Model orientativ - Editabil.ro</w:t>
      </w:r>
    </w:p>
    <w:p>
      <w:pPr>
        <w:spacing w:after="0"/>
        <w:jc w:val="center"/>
      </w:pPr>
      <w:r>
        <w:rPr>
          <w:color w:val="5A5A5A"/>
          <w:sz w:val="16"/>
        </w:rPr>
        <w:t>Eliminați câmpurile neutilizate și verificați cerințele instituției solicitante înainte de semnare.</w:t>
      </w:r>
    </w:p>
    <w:sectPr w:rsidR="00FC693F" w:rsidRPr="0006063C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spacing w:after="60"/>
    </w:pPr>
    <w:rPr>
      <w:rFonts w:ascii="Aptos Display" w:hAnsi="Aptos Display"/>
      <w:b/>
      <w:color w:val="000000"/>
      <w:sz w:val="40"/>
    </w:rPr>
  </w:style>
  <w:style w:type="paragraph" w:customStyle="1" w:styleId="SubtitleBlack">
    <w:name w:val="Subtitle Black"/>
    <w:pPr>
      <w:spacing w:after="240"/>
    </w:pPr>
    <w:rPr>
      <w:rFonts w:ascii="Aptos" w:hAnsi="Aptos"/>
      <w:color w:val="464646"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Adeverință de salariat model general</dc:title>
  <dc:subject>Model editabil de adeverință de salariat</dc:subject>
  <dc:creator>Editabil.ro</dc:creator>
  <cp:keywords>adeverinta salariat, model adeverinta salariat, word, pdf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